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Tôi và các bạn; Chủ đề 2 – Gõ cửa trái tim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Tôi và các bạn (truyện đồng thoại, truyện có người kể chuyện ngôi thứ nhất); Gõ cửa trái tim (thơ có yếu tố tự sự, miêu tả)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xúc về một bài thơ có yếu tố tự sự và miêu tả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kể lại một trải nghiệm của em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Tôi và các bạn (truyện đồng thoại, truyện có người kể chuyện ngôi thứ nhất); Gõ cửa trái tim (thơ có yếu tố tự sự, miêu tả)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đồng thoại, truyện có người kể chuyện ngôi thứ nhất.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có yếu tố tự sự, miêu tả.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từ đơn và từ phức; nghĩa của từ ngữ; biện pháp tu từ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xúc về một bài thơ có yếu tố tự sự và miêu tả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kể lại một trải nghiệm của em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kiểu bài, ngôi kể và các sự việc chính.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Sắp xếp sự việc theo trình tự hợp lí; kết hợp kể với miêu tả, biểu cảm.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hoàn chỉnh, rút ra được ý nghĩa; diễn đạt sáng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smarttest.vn/vi/ma-tran-de-kiem-tra/lop-6/ngu-van/giua-ki-1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ngu-v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Ngữ văn 6</dc:title>
  <dc:subject>Ngữ văn 6 – Kết nối tri thức</dc:subject>
  <dc:creator>SmartTest</dc:creator>
  <cp:keywords>ma trận đề kiểm tra, bản đặc tả, ngữ văn 6, giữa học kì 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