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Mạng máy tính và Internet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Xử lí thông tin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dữ liệu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thông tin, dữ liệu, vật mang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thông tin với vật mang tin; nêu được mối quan hệ giữa thông tin và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minh hoạ tầm quan trọng của thông tin trong việc đưa ra quyết định.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Xử lí thông tin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hoạt động cơ bản trong xử lí thông tin: thu nhận, lưu trữ, xử lí, truyền.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máy tính là công cụ hiệu quả để thu thập, lưu trữ, xử lí và truyền thông tin.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Chỉ ra được các hoạt động xử lí thông tin và thiết bị tương ứng trong một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Biết được bit là đơn vị nhỏ nhất lưu trữ thông tin; nêu được các đơn vị đo dung lượng (byte, KB, MB, GB, TB).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có thể biểu diễn thông tin chỉ với hai kí hiệu 0 và 1.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Đổi được giữa các đơn vị đo dung lượng; ước lượng được khả năng lưu trữ của thiết bị nhớ.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lợi ích của mạng máy tính và các thành phần chủ yếu của mạng.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mạng có dây và mạng không dây; nêu được ví dụ về mạng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Chỉ ra được các thành phần của một mạng máy tính quen thuộc (ở trường, ở nhà).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một số đặc điểm chính của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lợi ích của Internet và tác hại khi sử dụng Internet không đúng cách.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Đưa ra được ví dụ về việc sử dụng Internet hợp lí phục vụ học tập,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6</dc:title>
  <dc:subject>Tin học 6 – Kết nối tri thức</dc:subject>
  <dc:creator>SmartTest</dc:creator>
  <cp:keywords>ma trận đề kiểm tra, bản đặc tả, tin học 6, giữa học kì 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