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Trang phục và thời trang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Trang phục và thời trang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Trang phục trong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và bảo quản trang phục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trang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Trang phục và thời trang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Trang phục trong đời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trang phục; kể tên được các loại vải thông dụng dùng để may trang phục.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trang phục; trình bày được đặc điểm của các loại vải thông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loại vải phù hợp với trang phục và điều kiện sử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và bảo quản trang phục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sử dụng và bảo quản một số loại trang phục thông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lựa chọn trang phục phù hợp với vóc dáng, lứa tuổi, hoàn cảnh sử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chọn, phối hợp được trang phục phù hợp cho bản thân; thực hiện được cách bảo quản trang phục đúng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trang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kiến thức cơ bản về thời trang; kể tên được một số phong cách thời trang phổ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ra được và bước đầu hình thành xu hướng thời trang của bản thân.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trang phục theo phong cách thời trang phù hợp với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6</dc:title>
  <dc:subject>Công nghệ 6 – Kết nối tri thức</dc:subject>
  <dc:creator>SmartTest</dc:creator>
  <cp:keywords>ma trận đề kiểm tra, bản đặc tả, công nghệ 6, giữa học kì ii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