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tế; Chủ đề 3 – Giáo dục pháp luật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tình huống nguy hiểm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dân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phó với tình huống nguy hiểm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tình huống nguy hiểm từ tự nhiên và con người đối với trẻ em.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Nêu được hậu quả của những tình huống nguy hiểm và cách ứng phó với một số tình huống nguy hiểm.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được cách ứng phó trước một số tình huống nguy hiểm để đảm bảo an toàn.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Tiết kiệm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tiết kiệm (thời gian, tiền bạc, đồ dùng, điện, nước,...).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tiết kiệm; nhận xét, đánh giá việc thực hành tiết kiệm của bản thân và người xung quanh.</w:t>
            </w:r>
          </w:p>
          <w:p>
            <w:pPr>
              <w:spacing w:after="0"/>
            </w:pPr>
            <w:r>
              <w:rPr>
                <w:sz w:val="18"/>
              </w:rPr>
              <w:t>- Phê phán những biểu hiện lãng phí.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hành tiết kiệm trong cuộc sống,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dân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công dân; căn cứ xác định công dân nước Cộng hoà xã hội chủ nghĩa Việt Nam là quốc tịch.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công dân Việt Nam với người nước ngoài, người không quốc tịch trong trường hợp cụ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quốc tịch Việt Nam của một người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smarttest.vn/vi/ma-tran-de-kiem-tra/lop-6/gdcd/giua-ki-2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gdcd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công dân 6</dc:title>
  <dc:subject>Giáo dục công dân 6 – Kết nối tri thức</dc:subject>
  <dc:creator>SmartTest</dc:creator>
  <cp:keywords>ma trận đề kiểm tra, bản đặc tả, giáo dục công dân 6, giữa học kì ii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