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VÀ ĐỊA LÍ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Lịch sử: Đông Nam Á từ những thế kỉ tiếp giáp đầu Công nguyên đến thế kỉ X; Chủ đề 2 – Lịch sử: Việt Nam từ khoảng thế kỉ VII trước Công nguyên đến đầu thế kỉ X; Chủ đề 3 – Địa lí: Khí hậu và biến đổi khí hậu; Chủ đề 4 – Địa lí: Nước trên Trái Đất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Đông Nam Á từ những thế kỉ tiếp giáp đầu Công nguyên đến thế kỉ X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quốc gia sơ kì ở Đông Nam 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hình thành và bước đầu phát triển của các vương quốc phong kiến ở Đông Nam Á (từ thế kỉ VII đến thế kỉ X)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Giao lưu văn hoá ở Đông Nam Á từ đầu Công nguyên đến thế kỉ X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Việt Nam từ khoảng thế kỉ VII trước Công nguyên đến đầu thế kỉ X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Nhà nước Văn Lang, Âu Lạc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Chính sách cai trị của các triều đại phong kiến phương Bắc và sự chuyển biến của xã hội Âu Lạc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Khí hậu và biến đổi khí hậu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Lớp vỏ khí của Trái Đất. Khí áp và gió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Nhiệt độ không khí. Mây và mưa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Thời tiết và khí hậu. Biến đổi khí hậu; Thực hành: Phân tích biểu đồ nhiệt độ, lượng mưa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Nước trên Trái Đất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Thuỷ quyển và vòng tuần hoàn lớn của nước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Sông và hồ. Nước ngầm và băng hà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Biển và đại dương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Đông Nam Á từ những thế kỉ tiếp giáp đầu Công nguyên đến thế kỉ X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quốc gia sơ kì ở Đông Nam Á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quá trình xuất hiện và giao lưu thương mại của các quốc gia sơ kì ở Đông Nam Á.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tác động của giao lưu thương mại đối với các quốc gia sơ kì ở Đông Nam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hình thành và bước đầu phát triển của các vương quốc phong kiến ở Đông Nam Á (từ thế kỉ VII đến thế kỉ X)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sự hình thành và phát triển ban đầu của các vương quốc phong kiến ở Đông Nam Á từ thế kỉ VII đến thế kỉ X.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những tác động chính của quá trình giao lưu thương mại ở các vương quốc phong kiến Đông Nam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Giao lưu văn hoá ở Đông Nam Á từ đầu Công nguyên đến thế kỉ X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thành tựu văn hoá tiêu biểu của Đông Nam Á (tôn giáo, chữ viết, kiến trúc).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Việt Nam từ khoảng thế kỉ VII trước Công nguyên đến đầu thế kỉ X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Nhà nước Văn Lang, Âu Lạc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khoảng thời gian thành lập và phạm vi không gian của nhà nước Văn Lang, Âu Lạc.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những phong tục, tập quán thời Văn Lang, Âu Lạc còn lưu giữ đến ngày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Chính sách cai trị của các triều đại phong kiến phương Bắc và sự chuyển biến của xã hội Âu Lạc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mục đích và hậu quả của chính sách đồng hoá của phong kiến phương Bắc.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Khí hậu và biến đổi khí hậu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Lớp vỏ khí của Trái Đất. Khí áp và gió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phân bố các đai khí áp và các loại gió thổi thường xuyên trên Trái Đất.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Nhiệt độ không khí. Mây và mưa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sự thay đổi nhiệt độ không khí bề mặt Trái Đất theo vĩ độ.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hiện tượng hình thành mây, mưa.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Thời tiết và khí hậu. Biến đổi khí hậu; Thực hành: Phân tích biểu đồ nhiệt độ, lượng mưa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thời tiết và khí hậu; nêu được các đới khí hậu trên Trái Đất và biểu hiện của biến đổi khí hậu.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biện pháp phòng tránh thiên tai và ứng phó với biến đổi khí hậu.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biểu đồ nhiệt độ, lượng mưa để xác định đặc điểm khí hậu của một địa điểm.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Nước trên Trái Đất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Thuỷ quyển và vòng tuần hoàn lớn của nước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được tên các thành phần chủ yếu của thuỷ quyển.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tầm quan trọng của việc sử dụng tổng hợp nước sông, hồ.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Sông và hồ. Nước ngầm và băng hà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Mô tả được các bộ phận của một dòng sông lớn; nêu được khái niệm hồ, nước ngầm, băng hà.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mối quan hệ giữa mùa lũ của sông với các nguồn cấp nước sông.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Biển và đại dương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bản đồ các đại dương thế giới; nêu được các hiện tượng sóng, thuỷ triều, dòng biển.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smarttest.vn/vi/ma-tran-de-kiem-tra/lop-6/lich-su-dia-li/giua-ki-2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lich-su-dia-li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Lịch sử và Địa lí 6</dc:title>
  <dc:subject>Lịch sử và Địa lí 6 – Kết nối tri thức</dc:subject>
  <dc:creator>SmartTest</dc:creator>
  <cp:keywords>ma trận đề kiểm tra, bản đặc tả, lịch sử và địa lí 6, giữa học kì ii</cp:keywords>
  <dc:description/>
  <cp:lastModifiedBy>SmartTest</cp:lastModifiedBy>
  <cp:revision>1</cp:revision>
  <dcterms:created xsi:type="dcterms:W3CDTF">2026-10-30T05:27:58Z</dcterms:created>
  <dcterms:modified xsi:type="dcterms:W3CDTF">2026-10-30T05:27:58Z</dcterms:modified>
  <cp:category/>
</cp:coreProperties>
</file>