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Đạo đức, pháp luật và văn hoá trong môi trường số; Chủ đề 2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thông tin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đồ tư duy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văn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thông tin ở dạng bảng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thông tin trên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tác hại và nguy cơ bị hại khi tham gia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tầm quan trọng của sự an toàn và hợp pháp của thông tin cá nhân và tập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đồ tư duy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thành phần của sơ đồ tư duy.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sơ đồ tư duy và của phần mềm sơ đồ tư duy.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văn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chức năng đặc trưng của phần mềm soạn thảo; các lệnh định dạng kí tự, đoạn văn, trang.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định dạng văn bản, trình bày trang văn bản và in.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thông tin ở dạng bảng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tạo bảng, chèn, xoá hàng và cột.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trình bày thông tin ở dạng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ở dạng bảng bằng phần mềm soạn thảo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6</dc:title>
  <dc:subject>Tin học 6 – Kết nối tri thức</dc:subject>
  <dc:creator>SmartTest</dc:creator>
  <cp:keywords>ma trận đề kiểm tra, bản đặc tả, tin học 6, giữa học kì ii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