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Phân số; Chủ đề 2 – Số thập phân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rộng khái niệm phân số. Phân số bằng nhau; So sánh phân số. Hỗn số dương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phân số; Phép nhân và phép chia phân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bài toán về phân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thập phân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thập phân; Tính toán với số thập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tròn và ước lượng; Một số bài toán về tỉ số và tỉ số phần trăm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rộng khái niệm phân số. Phân số bằng nhau; So sánh phân số. Hỗn số dương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phân số với tử số hoặc mẫu số là số nguyên âm; hai phân số bằng nhau; hỗn số dương.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tính chất cơ bản của phân số để rút gọn, quy đồng mẫu số; so sánh được hai phân số.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phân số; Phép nhân và phép chia phân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đối, phân số nghịch đảo; quy tắc cộng, trừ, nhân, chia phân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tính cộng, trừ, nhân, chia với phân số; vận dụng tính chất các phép tính để tính nhanh, tính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về phân số để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bài toán về phân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tìm giá trị phân số của một số và tìm một số khi biết giá trị phân số của nó.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hai bài toán về phân số.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thập phân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thập phân; Tính toán với số thập phân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thập phân âm, số đối của một số thập phân; thứ tự các số thập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được hai số thập phân; thực hiện được các phép tính cộng, trừ, nhân, chia với số thập phân.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tròn và ước lượng; Một số bài toán về tỉ số và tỉ số phần trăm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làm tròn số thập phân; tỉ số, tỉ số phần trăm của hai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về tỉ số, tỉ số phần trăm (lãi suất, giảm giá, thành phần các chất…).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smarttest.vn/vi/ma-tran-de-kiem-tra/lop-6/toan/giua-ki-2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o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Toán 6</dc:title>
  <dc:subject>Toán 6 – Kết nối tri thức</dc:subject>
  <dc:creator>SmartTest</dc:creator>
  <cp:keywords>ma trận đề kiểm tra, bản đặc tả, toán 6, giữa học kì ii</cp:keywords>
  <dc:description/>
  <cp:lastModifiedBy>SmartTest</cp:lastModifiedBy>
  <cp:revision>1</cp:revision>
  <dcterms:created xsi:type="dcterms:W3CDTF">2026-10-30T05:27:56Z</dcterms:created>
  <dcterms:modified xsi:type="dcterms:W3CDTF">2026-10-30T05:27:56Z</dcterms:modified>
  <cp:category/>
</cp:coreProperties>
</file>