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Số hữu tỉ; Chủ đề 2 – Số thực; Chủ đề 3 – Góc và đường thẳng song song; Chủ đề 4 – Tam giác bằng nhau; Chủ đề 5 – Thu thập và biểu diễn dữ liệu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hữu tỉ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 các số hữu tỉ; Cộng, trừ, nhân, chia số hữu tỉ; Luỹ thừa với số mũ tự nhiên của một số hữu tỉ; Thứ tự thực hiện các phép tính. Quy tắc chuyển vế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thực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số thập phân vô hạn tuần hoàn; Số vô tỉ. Căn bậc hai số học; Tập hợp các số thực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Góc và đường thẳng song song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Góc ở vị trí đặc biệt. Tia phân giác của một góc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đường thẳng song song và dấu hiệu nhận biết; Tiên đề Euclid. Tính chất của hai đường thẳng song song; Định lí và chứng minh định lí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Tam giác bằng nhau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Tổng các góc trong một tam giác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tam giác bằng nhau. Trường hợp bằng nhau thứ nhất của tam giác; Trường hợp bằng nhau thứ hai và thứ ba của tam giác; Các trường hợp bằng nhau của tam giác vuông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Tam giác cân. Đường trung trực của đoạn thẳng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Thu thập và biểu diễn dữ liệu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 thập và phân loại dữ liệu; Biểu đồ hình quạt tròn; Biểu đồ đoạn thẳng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hữu tỉ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 các số hữu tỉ; Cộng, trừ, nhân, chia số hữu tỉ; Luỹ thừa với số mũ tự nhiên của một số hữu tỉ; Thứ tự thực hiện các phép tính. Quy tắc chuyển vế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số hữu tỉ, tập hợp các số hữu tỉ, số đối của một số hữu tỉ; biểu diễn được số hữu tỉ trên trục số.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luỹ thừa với số mũ tự nhiên của một số hữu tỉ; tích, thương hai luỹ thừa cùng cơ số, luỹ thừa của luỹ thừa.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tính chất các phép tính để tính nhanh, tính hợp lí; giải quyết bài toán thực tiễn với số hữu tỉ.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luỹ thừa và quy tắc chuyển vế để giải quyết bài toán thực tiễn (khoa học, đo lường…).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thực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số thập phân vô hạn tuần hoàn; Số vô tỉ. Căn bậc hai số học; Tập hợp các số thực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số thập phân hữu hạn, vô hạn tuần hoàn; số vô tỉ, căn bậc hai số học; tập hợp các số thực, số đối, giá trị tuyệt đối của một số thực.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căn bậc hai số học (trực tiếp hoặc bằng máy tính cầm tay); so sánh, sắp xếp được các số thực; làm tròn số căn cứ vào độ chính xác cho trước.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Góc và đường thẳng song song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Góc ở vị trí đặc biệt. Tia phân giác của một góc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hai góc kề bù, hai góc đối đỉnh; tia phân giác của một góc.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đường thẳng song song và dấu hiệu nhận biết; Tiên đề Euclid. Tính chất của hai đường thẳng song song; Định lí và chứng minh định lí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góc tạo bởi một đường thẳng cắt hai đường thẳng; tiên đề Euclid; giả thiết, kết luận của một định lí.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dấu hiệu nhận biết và tính chất của hai đường thẳng song song; tính được số đo góc dựa vào tính chất hai đường thẳng song song.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Tam giác bằng nhau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Tổng các góc trong một tam giác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định lí tổng ba góc trong một tam giác bằng 180°; tam giác nhọn, tam giác vuông, tam giác tù.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định lí tổng ba góc của tam giác để giải quyết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tam giác bằng nhau. Trường hợp bằng nhau thứ nhất của tam giác; Trường hợp bằng nhau thứ hai và thứ ba của tam giác; Các trường hợp bằng nhau của tam giác vuông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hai tam giác bằng nhau; các trường hợp bằng nhau của hai tam giác, của hai tam giác vuông.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hai tam giác bằng nhau theo các trường hợp c.c.c, c.g.c, g.c.g và các trường hợp bằng nhau của tam giác vuông.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hai đoạn thẳng bằng nhau, hai góc bằng nhau dựa vào hai tam giác bằng nhau; giải quyết bài toán thực tiễn (đo khoảng cách gián tiếp…).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Tam giác cân. Đường trung trực của đoạn thẳng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tam giác cân, tam giác đều; đường trung trực của đoạn thẳng.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tính chất của tam giác cân; tính chất các điểm thuộc đường trung trực của đoạn thẳng.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tính chất tam giác cân, đường trung trực để chứng minh và giải quyết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Thu thập và biểu diễn dữ liệu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 thập và phân loại dữ liệu; Biểu đồ hình quạt tròn; Biểu đồ đoạn thẳng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loại dữ liệu; đọc được dữ liệu từ biểu đồ hình quạt tròn, biểu đồ đoạn thẳng.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Biểu diễn được dữ liệu vào biểu đồ hình quạt tròn, biểu đồ đoạn thẳng; nhận ra tính hợp lí, tính đại diện của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dữ liệu từ biểu đồ để phát hiện xu hướng, giải quyết vấn đề thực tiễn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smarttest.vn/vi/ma-tran-de-kiem-tra/lop-7/toan/cuoi-ki-1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oa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Toán 7</dc:title>
  <dc:subject>Toán 7 – Kết nối tri thức</dc:subject>
  <dc:creator>SmartTest</dc:creator>
  <cp:keywords>ma trận đề kiểm tra, bản đặc tả, toán 7, cuối học kì i</cp:keywords>
  <dc:description/>
  <cp:lastModifiedBy>SmartTest</cp:lastModifiedBy>
  <cp:revision>1</cp:revision>
  <dcterms:created xsi:type="dcterms:W3CDTF">2026-10-30T05:28:00Z</dcterms:created>
  <dcterms:modified xsi:type="dcterms:W3CDTF">2026-10-30T05:28:00Z</dcterms:modified>
  <cp:category/>
</cp:coreProperties>
</file>