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kĩ năng sống; Chủ đề 2 – Giáo dục kinh tế; Chủ đề 3 – Giáo dục pháp luật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phó với tâm lí căng thẳng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bạo lực học đường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tiền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tệ nạn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của công dân trong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phó với tâm lí căng thẳng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tình huống thường gây căng thẳng và biểu hiện của cơ thể khi bị căng thẳng.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và ảnh hưởng của căng thẳng; nêu được cách ứng phó tích cực khi căng thẳng.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hành được một số cách ứng phó tích cực khi căng thẳng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bạo lực học đường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biểu hiện của bạo lực học đường; một số quy định cơ bản của pháp luật liên quan đến phòng, chống bạo lực học đường.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và tác hại của bạo lực học đường.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Biết cách ứng phó trước, trong và sau khi bị bạo lực học đường; phê phán, đấu tranh với hành vi bạo lực học đường.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tiền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việc quản lí tiền hiệu quả và một số nguyên tắc quản lí tiền.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xét, đánh giá được việc sử dụng tiền của bản thân và người khác.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Bước đầu biết quản lí tiền và tạo nguồn thu nhập của cá nhân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tệ nạn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tệ nạn xã hội và các loại tệ nạn xã hội phổ biến; một số quy định của pháp luật về phòng, chống tệ nạn xã hội.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dẫn đến tệ nạn xã hội; phân tích được tác hại của tệ nạn xã hội đối với bản thân, gia đình và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tốt các quy định của pháp luật về phòng, chống tệ nạn xã hội; phê phán, đấu tranh với các tệ nạn xã hội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của công dân trong gia đình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vai trò của gia đình; quy định cơ bản của pháp luật về quyền và nghĩa vụ của các thành viên trong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xét, đánh giá được việc thực hiện quyền và nghĩa vụ trong gia đình của bản thân và người khác.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nghĩa vụ của bản thân đối với ông bà, cha mẹ, anh chị em trong gia đình bằng những việc làm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smarttest.vn/vi/ma-tran-de-kiem-tra/lop-7/gdcd/cuoi-ki-2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gdcd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Giáo dục công dân 7</dc:title>
  <dc:subject>Giáo dục công dân 7 – Kết nối tri thức</dc:subject>
  <dc:creator>SmartTest</dc:creator>
  <cp:keywords>ma trận đề kiểm tra, bản đặc tả, giáo dục công dân 7, cuối học kì ii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