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Tỉ lệ thức và đại lượng tỉ lệ; Chủ đề 2 – Biểu thức đại số và đa thức một biến; Chủ đề 3 – Làm quen với biến cố và xác suất của biến cố; Chủ đề 4 – Quan hệ giữa các yếu tố trong một tam giác; Chủ đề 5 – Một số hình khối trong thực tiễn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thức và đại lượng tỉ lệ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thức; Tính chất của dãy tỉ số bằng nhau; Đại lượng tỉ lệ thuận; Đại lượng tỉ lệ nghịch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Biểu thức đại số và đa thức một biến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đại số; Đa thức một biến; Phép cộng và phép trừ đa thức một biến; Phép nhân đa thức một biến; Phép chia đa thức một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Làm quen với biến cố và xác suất của biến cố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biến cố; Làm quen với xác suất của biến cố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Quan hệ giữa các yếu tố trong một tam giác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giữa góc và cạnh đối diện trong một tam giác; Quan hệ giữa đường vuông góc và đường xiên; Quan hệ giữa ba cạnh của một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đồng quy của ba đường trung tuyến, ba đường phân giác trong một tam giác; Sự đồng quy của ba đường trung trực, ba đường cao trong một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hộp chữ nhật và hình lập phương; Hình lăng trụ đứng tam giác và hình lăng trụ đứng tứ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thức và đại lượng tỉ lệ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thức; Tính chất của dãy tỉ số bằng nhau; Đại lượng tỉ lệ thuận; Đại lượng tỉ lệ nghịch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tỉ lệ thức và các tính chất của tỉ lệ thức; tính chất của dãy tỉ số bằng nhau.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đại lượng tỉ lệ thuận, tỉ lệ nghịch và hệ số tỉ lệ.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của dãy tỉ số bằng nhau để giải quyết bài toán thực tiễn (chia theo tỉ lệ…).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tiễn về đại lượng tỉ lệ thuận, tỉ lệ nghịch (năng suất, chuyển động, chia phần…).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Biểu thức đại số và đa thức một biến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đại số; Đa thức một biến; Phép cộng và phép trừ đa thức một biến; Phép nhân đa thức một biến; Phép chia đa thức một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biểu thức số, biểu thức đại số; đa thức một biến, bậc, hệ số cao nhất, hệ số tự do, nghiệm của đa thức một biến.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nhân, chia đa thức một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của biểu thức đại số; thu gọn, sắp xếp đa thức một biến; kiểm tra được một số có là nghiệm của đa thức hay không.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phép cộng, trừ, nhân đa thức một biến; phép chia hết và phép chia có dư đa thức một biến.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Làm quen với biến cố và xác suất của biến cố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biến cố; Làm quen với xác suất của biến cố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biến cố chắc chắn, biến cố không thể, biến cố ngẫu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xác suất của biến cố ngẫu nhiên trong một số ví dụ đơn giản (gieo xúc xắc, rút thẻ…).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xác suất của biến cố để giải thích, dự đoán khả năng xảy ra trong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Quan hệ giữa các yếu tố trong một tam giác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giữa góc và cạnh đối diện trong một tam giác; Quan hệ giữa đường vuông góc và đường xiên; Quan hệ giữa ba cạnh của một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quan hệ giữa góc và cạnh đối diện trong tam giác; đường vuông góc, đường xiên; bất đẳng thức tam giác.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các góc, các cạnh của tam giác; kiểm tra được ba độ dài có là ba cạnh của một tam giác hay không.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đồng quy của ba đường trung tuyến, ba đường phân giác trong một tam giác; Sự đồng quy của ba đường trung trực, ba đường cao trong một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đường trung tuyến, đường phân giác, đường trung trực, đường cao của tam giác và sự đồng quy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chất trọng tâm, giao điểm ba đường phân giác, giao điểm ba đường trung trực, trực tâm của tam giác.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sự đồng quy của các đường trong tam giác để chứng minh và giải quyết bài toán thực tiễn (chọn vị trí cách đều…).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hộp chữ nhật và hình lập phương; Hình lăng trụ đứng tam giác và hình lăng trụ đứng tứ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đỉnh, cạnh, góc, đường chéo, mặt của hình hộp chữ nhật, hình lập phương, hình lăng trụ đứng tam giác, hình lăng trụ đứng tứ giác.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diện tích xung quanh, thể tích của hình hộp chữ nhật, hình lập phương, hình lăng trụ đứng tam giác, hình lăng trụ đứng tứ giác.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diện tích xung quanh, thể tích của các hình khối (bể nước, thùng hàng…).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7</dc:title>
  <dc:subject>Toán 7 – Kết nối tri thức</dc:subject>
  <dc:creator>SmartTest</dc:creator>
  <cp:keywords>ma trận đề kiểm tra, bản đặc tả, toán 7, cuối học kì ii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