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đạo đức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quê hương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tâm, cảm thông và chia sẻ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Học tập tự giác, tích cực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quê hương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truyền thống văn hoá; truyền thống yêu nước, chống giặc ngoại xâm của quê hương.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truyền thống quê hương; nhận xét, đánh giá những việc làm giữ gìn, phát huy truyền thống quê hương.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những việc cần làm phù hợp với bản thân để giữ gìn, phát huy truyền thống của quê hương; phê phán những việc làm trái ngược.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tâm, cảm thông và chia sẻ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biểu hiện của sự quan tâm, cảm thông và chia sẻ với người khác.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mọi người phải quan tâm, cảm thông và chia sẻ với nhau.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Có lời nói, việc làm thể hiện sự quan tâm, cảm thông, chia sẻ với mọi người; phê phán thói ích kỉ, thờ ơ trước khó khăn của người khác.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Học tập tự giác, tích cực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biểu hiện của học tập tự giác, tích cực.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phải học tập tự giác, tích cực.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việc học tập tự giác, tích cực; góp ý, nhắc nhở bạn chưa tự giác, tích cực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smarttest.vn/vi/ma-tran-de-kiem-tra/lop-7/gdcd/giua-ki-1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gdcd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Giáo dục công dân 7</dc:title>
  <dc:subject>Giáo dục công dân 7 – Kết nối tri thức</dc:subject>
  <dc:creator>SmartTest</dc:creator>
  <cp:keywords>ma trận đề kiểm tra, bản đặc tả, giáo dục công dân 7, giữa học kì 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