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VÀ ĐỊA LÍ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Lịch sử: Tây Âu từ thế kỉ V đến nửa đầu thế kỉ XVI; Chủ đề 2 – Lịch sử: Trung Quốc và Ấn Độ thời trung đại; Chủ đề 3 – Địa lí: Châu Âu; Chủ đề 4 – Địa lí: Châu Á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Tây Âu từ thế kỉ V đến nửa đầu thế kỉ XVI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Quá trình hình thành và phát triển của chế độ phong kiến ở Tây Âu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cuộc phát kiến địa lí và sự hình thành quan hệ sản xuất tư bản chủ nghĩa ở Tây Âu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Phong trào Văn hoá Phục hưng và Cải cách tôn giáo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Trung Quốc và Ấn Độ thời trung đại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Trung Quốc từ thế kỉ III TCN đến giữa thế kỉ XIX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Ấn Độ từ thế kỉ IV đến giữa thế kỉ XIX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Châu Âu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đặc điểm tự nhiên châu Âu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Đặc điểm dân cư, xã hội châu Âu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Khai thác, sử dụng và bảo vệ thiên nhiên ở châu Âu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Liên minh châu Âu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Châu Á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đặc điểm tự nhiên châu 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Đặc điểm dân cư, xã hội châu 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Tây Âu từ thế kỉ V đến nửa đầu thế kỉ XVI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Quá trình hình thành và phát triển của chế độ phong kiến ở Tây Âu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của lãnh địa phong kiến và quan hệ xã hội của chế độ phong kiến Tây Âu; sự ra đời của thành thị trung đại.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vai trò của thành thị trung đại đối với sự phát triển của xã hội Tây Âu.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cuộc phát kiến địa lí và sự hình thành quan hệ sản xuất tư bản chủ nghĩa ở Tây Âu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hệ quả của các cuộc phát kiến địa lí; sự nảy sinh phương thức sản xuất tư bản chủ nghĩa ở Tây Âu.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sơ lược các cuộc phát kiến địa lí; trình bày được những biến đổi chính trong kinh tế, xã hội Tây Âu.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Phong trào Văn hoá Phục hưng và Cải cách tôn giáo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thành tựu tiêu biểu của phong trào Văn hoá Phục hưng.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Trung Quốc và Ấn Độ thời trung đại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Trung Quốc từ thế kỉ III TCN đến giữa thế kỉ XIX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thành tựu chủ yếu của văn hoá Trung Quốc từ thế kỉ VII đến giữa thế kỉ XIX.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ảnh hưởng của văn hoá Trung Quốc thời phong kiến đối với Việt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Ấn Độ từ thế kỉ IV đến giữa thế kỉ XIX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Giới thiệu và nhận xét được một số thành tựu văn hoá tiêu biểu của Ấn Độ.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Châu Âu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đặc điểm tự nhiên châu Âu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vị trí địa lí, hình dạng và kích thước châu Âu.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trên bản đồ các sông lớn và các đới thiên nhiên của châu Âu.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Đặc điểm dân cư, xã hội châu Âu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cơ cấu dân cư và hậu quả của già hoá dân số ở châu Âu.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Khai thác, sử dụng và bảo vệ thiên nhiên ở châu Âu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vấn đề bảo vệ môi trường ở châu Âu (không khí, nước, đa dạng sinh học).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phương thức con người khai thác, sử dụng và bảo vệ thiên nhiên ở châu Âu.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Liên minh châu Âu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dẫn chứng về Liên minh châu Âu (EU) như một trong bốn trung tâm kinh tế lớn trên thế giới.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bảng số liệu về kinh tế EU.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Châu Á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đặc điểm tự nhiên châu Á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vị trí địa lí, hình dạng và kích thước châu Á.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một trong những đặc điểm thiên nhiên châu Á (địa hình, khí hậu, sinh vật, nước, khoáng sản) và ý nghĩa của chúng.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Đặc điểm dân cư, xã hội châu Á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dân cư, tôn giáo của châu 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smarttest.vn/vi/ma-tran-de-kiem-tra/lop-7/lich-su-dia-li/giua-ki-1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lich-su-dia-li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Lịch sử và Địa lí 7</dc:title>
  <dc:subject>Lịch sử và Địa lí 7 – Kết nối tri thức</dc:subject>
  <dc:creator>SmartTest</dc:creator>
  <cp:keywords>ma trận đề kiểm tra, bản đặc tả, lịch sử và địa lí 7, giữa học kì i</cp:keywords>
  <dc:description/>
  <cp:lastModifiedBy>SmartTest</cp:lastModifiedBy>
  <cp:revision>1</cp:revision>
  <dcterms:created xsi:type="dcterms:W3CDTF">2026-10-30T05:28:01Z</dcterms:created>
  <dcterms:modified xsi:type="dcterms:W3CDTF">2026-10-30T05:28:01Z</dcterms:modified>
  <cp:category/>
</cp:coreProperties>
</file>