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Bầu trời tuổi thơ; Chủ đề 2 – Khúc nhạc tâm hồn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Bầu trời tuổi thơ (truyện ngắn, tiểu thuyết); Khúc nhạc tâm hồn (thơ bốn chữ, năm chữ)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xúc sau khi đọc một bài thơ bốn chữ hoặc năm chữ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đặc điểm nhân vật trong một tác phẩm văn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Bầu trời tuổi thơ (truyện ngắn, tiểu thuyết); Khúc nhạc tâm hồn (thơ bốn chữ, năm chữ)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ngắn, tiểu thuyết.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bốn chữ, năm chữ.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mở rộng trạng ngữ của câu bằng cụm từ; từ láy; mở rộng thành phần chính của câu bằng cụm từ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xúc sau khi đọc một bài thơ bốn chữ hoặc năm chữ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đặc điểm nhân vật trong một tác phẩm văn học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smarttest.vn/vi/ma-tran-de-kiem-tra/lop-7/ngu-van/giua-ki-1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ngu-v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Ngữ văn 7</dc:title>
  <dc:subject>Ngữ văn 7 – Kết nối tri thức</dc:subject>
  <dc:creator>SmartTest</dc:creator>
  <cp:keywords>ma trận đề kiểm tra, bản đặc tả, ngữ văn 7, giữa học kì 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