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Hobbies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Healthy living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Community service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/ə/ – /ɜː/; /f/ – /v/; /t/, /d/, /ɪd/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Hobbies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sở thích; động từ chỉ sự thích và không thích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đơn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"Hobbies"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đơn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đơn cùng từ vựng chủ điểm "Hobbies"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Healthy living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có lợi cho sức khỏe; các vấn đề sức khỏe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đơn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"Healthy living"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đơn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đơn cùng từ vựng chủ điểm "Healthy living"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Community service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cộng đồng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đơn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"Community service"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đơn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đơn cùng từ vựng chủ điểm "Community service"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/ə/ – /ɜː/; /f/ – /v/; /t/, /d/, /ɪd/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/ə/ và /ɜː/; âm /f/ và /v/; cách phát âm đuôi -ed: /t/, /d/, /ɪd/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sở thích; lối sống lành mạnh; hoạt động cộng đồng.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sở thích; lối sống lành mạnh; hoạt động cộng đồng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sở thích; lối sống lành mạnh; hoạt động cộng đồng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sở thích; lối sống lành mạnh; hoạt động cộng đồng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sở thích; lối sống lành mạnh; hoạt động cộng đồng.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hiện tại đơn; câu đơn; thì quá khứ đơn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sở thích; lối sống lành mạnh; hoạt động cộng đồng.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smarttest.vn/vi/ma-tran-de-kiem-tra/lop-7/tieng-anh/giua-ki-1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eng-anh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Tiếng Anh 7</dc:title>
  <dc:subject>Tiếng Anh 7 – Kết nối tri thức</dc:subject>
  <dc:creator>SmartTest</dc:creator>
  <cp:keywords>ma trận đề kiểm tra, bản đặc tả, tiếng anh 7, giữa học kì 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