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vào – ra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dữ liệu trong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xã hội và một số kênh trao đổi thông tin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vào – ra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thiết bị vào – ra và nêu được chức năng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thiết bị vào, thiết bị ra; giải thích được tác hại khi sử dụng thiết bị sai cách.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hệ điều hành; nhận biết được tệp chương trình, tệp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khác nhau giữa hệ điều hành và phần mềm ứng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dữ liệu trong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tệp thông dụng và phần mở rộng tương ứng.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thao tác với tệp, thư mục: tạo, sao chép, di chuyển, đổi tên, xoá; sao lưu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xã hội và một số kênh trao đổi thông tin trên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tên một số mạng xã hội và kênh trao đổi thông tin thông dụng trên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lợi ích, tác hại khi sử dụng mạng xã hội; giải thích được chức năng của một số kênh trao đổi thông tin.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một số chức năng cơ bản của mạng xã hội để giao lưu, chia sẻ thông tin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7</dc:title>
  <dc:subject>Tin học 7 – Kết nối tri thức</dc:subject>
  <dc:creator>SmartTest</dc:creator>
  <cp:keywords>ma trận đề kiểm tra, bản đặc tả, tin học 7, giữa học kì 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