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Số hữu tỉ; Chủ đề 2 – Số thực; Chủ đề 3 – Góc và đường thẳng song song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hữu tỉ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các số hữu tỉ; Cộng, trừ, nhân, chia số hữu tỉ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Luỹ thừa với số mũ tự nhiên của một số hữu tỉ; Thứ tự thực hiện các phép tính. Quy tắc chuyển vế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thực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số thập phân vô hạn tuần hoàn; Số vô tỉ. Căn bậc hai số học; Tập hợp các số thực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Góc và đường thẳng song song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 ở vị trí đặc biệt. Tia phân giác của một góc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đường thẳng song song và dấu hiệu nhận biết; Tiên đề Euclid. Tính chất của hai đường thẳng song song; Định lí và chứng minh định lí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hữu tỉ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các số hữu tỉ; Cộng, trừ, nhân, chia số hữu tỉ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hữu tỉ, tập hợp các số hữu tỉ, số đối của một số hữu tỉ; biểu diễn được số hữu tỉ trên trục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được hai số hữu tỉ; thực hiện được các phép tính cộng, trừ, nhân, chia trong tập hợp số hữu tỉ.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Luỹ thừa với số mũ tự nhiên của một số hữu tỉ; Thứ tự thực hiện các phép tính. Quy tắc chuyển vế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luỹ thừa với số mũ tự nhiên của một số hữu tỉ; tích, thương hai luỹ thừa cùng cơ số, luỹ thừa của luỹ thừa.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luỹ thừa và quy tắc chuyển vế để giải quyết bài toán thực tiễn (khoa học, đo lường…).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thực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số thập phân vô hạn tuần hoàn; Số vô tỉ. Căn bậc hai số học; Tập hợp các số thực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thập phân hữu hạn, vô hạn tuần hoàn; số vô tỉ, căn bậc hai số học; tập hợp các số thực, số đối, giá trị tuyệt đối của một số thực.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căn bậc hai số học (trực tiếp hoặc bằng máy tính cầm tay); so sánh, sắp xếp được các số thực; làm tròn số căn cứ vào độ chính xác cho trước.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căn bậc hai số học, giá trị tuyệt đối, ước lượng và làm tròn số để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Góc và đường thẳng song song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 ở vị trí đặc biệt. Tia phân giác của một góc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hai góc kề bù, hai góc đối đỉnh; tia phân giác của một góc.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số đo góc dựa vào tính chất hai góc kề bù, hai góc đối đỉnh; vẽ được tia phân giác của một góc bằng dụng cụ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đường thẳng song song và dấu hiệu nhận biết; Tiên đề Euclid. Tính chất của hai đường thẳng song song; Định lí và chứng minh định lí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góc tạo bởi một đường thẳng cắt hai đường thẳng; tiên đề Euclid; giả thiết, kết luận của một định lí.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dấu hiệu nhận biết và tính chất của hai đường thẳng song song; tính được số đo góc dựa vào tính chất hai đường thẳng song song.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hai đường thẳng song song; vận dụng tính chất hai đường thẳng song song để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smarttest.vn/vi/ma-tran-de-kiem-tra/lop-7/toan/giua-ki-1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o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Toán 7</dc:title>
  <dc:subject>Toán 7 – Kết nối tri thức</dc:subject>
  <dc:creator>SmartTest</dc:creator>
  <cp:keywords>ma trận đề kiểm tra, bản đặc tả, toán 7, giữa học kì 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