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Chăn nuôi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Chăn nuôi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chăn nuôi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Nuôi dưỡng và chăm sóc vật nuôi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 và trị bệnh cho vật nuôi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Chăn nuôi gà thịt trong nông hộ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Chăn nuôi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chăn nuôi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trò, triển vọng của chăn nuôi; nhận biết được một số vật nuôi phổ biến và phương thức chăn nuôi ở nước ta.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cơ bản của một số ngành nghề trong chăn nuôi; phân biệt được các phương thức chăn nuôi.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phương thức chăn nuôi phổ biến ở địa phương em.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Nuôi dưỡng và chăm sóc vật nuôi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nuôi dưỡng, chăm sóc vật nuôi; công việc nuôi dưỡng, chăm sóc vật nuôi non, vật nuôi đực giống, vật nuôi cái sinh sản.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biện pháp nuôi dưỡng, chăm sóc phù hợp với từng loại vật nuôi.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Phòng và trị bệnh cho vật nuôi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phòng, trị bệnh cho vật nuôi và một số nguyên nhân gây bệnh.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biện pháp phòng, trị bệnh cho vật nuôi và bảo vệ môi trường trong chăn nuôi.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biện pháp phòng bệnh, bảo vệ môi trường chăn nuôi phù hợp ở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Chăn nuôi gà thịt trong nông hộ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kĩ thuật chuẩn bị chuồng nuôi, chọn giống, nuôi dưỡng và chăm sóc gà thịt.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biện pháp phòng, trị một số bệnh phổ biến ở gà.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kĩ thuật nuôi gà thịt vào thực tiễn chăn nuôi ở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smarttest.vn/vi/ma-tran-de-kiem-tra/lop-7/cong-nghe/giua-ki-2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cong-nghe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Công nghệ 7</dc:title>
  <dc:subject>Công nghệ 7 – Kết nối tri thức</dc:subject>
  <dc:creator>SmartTest</dc:creator>
  <cp:keywords>ma trận đề kiểm tra, bản đặc tả, công nghệ 7, giữa học kì ii</cp:keywords>
  <dc:description/>
  <cp:lastModifiedBy>SmartTest</cp:lastModifiedBy>
  <cp:revision>1</cp:revision>
  <dcterms:created xsi:type="dcterms:W3CDTF">2026-10-30T05:28:03Z</dcterms:created>
  <dcterms:modified xsi:type="dcterms:W3CDTF">2026-10-30T05:28:03Z</dcterms:modified>
  <cp:category/>
</cp:coreProperties>
</file>