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Đại Việt thời Lý – Trần – Hồ (1009 – 1407); Chủ đề 2 – Địa lí: Châu Mỹ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Đại Việt thời Lý – Trần – Hồ (1009 – 1407)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Việt thời Trần (1226 – 1400)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 lần kháng chiến chống quân xâm lược Mông – Nguyên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Đại Ngu thời Hồ (1400 – 1407)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Mỹ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phạm vi châu Mỹ. Sự phát kiến ra châu Mỹ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tự nhiên Bắc Mỹ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dân cư, xã hội, phương thức khai thác tự nhiên bền vững ở Bắc Mỹ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Đại Việt thời Lý – Trần – Hồ (1009 – 1407)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Việt thời Trần (1226 – 1400)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thành lập nhà Trần.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những nét chính về chính trị, kinh tế, xã hội, văn hoá, tôn giáo thời Trần.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những thành tựu văn hoá tiêu biểu thời Trần.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Ba lần kháng chiến chống quân xâm lược Mông – Nguyên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sự kiện chính của ba lần kháng chiến chống quân xâm lược Mông – Nguyên.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lợi, ý nghĩa lịch sử của ba lần kháng chiến chống quân xâm lược Mông – Nguyên.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một số nhân vật tiêu biểu: Trần Thủ Độ, Trần Quốc Tuấn, Trần Nhân Tông.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Đại Ngu thời Hồ (1400 – 1407)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ra đời của nhà Hồ; những nội dung chính trong cải cách của Hồ Quý Ly.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thất bại của cuộc kháng chiến chống quân Minh xâm lược.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Châu Mỹ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phạm vi châu Mỹ. Sự phát kiến ra châu Mỹ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quát về vị trí địa lí, phạm vi châu Mỹ.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vị trí, phạm vi châu Mỹ.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tự nhiên Bắc Mỹ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địa hình, khí hậu, sông hồ của Bắc Mỹ.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phân hoá của địa hình, khí hậu Bắc Mỹ.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 dân cư, xã hội, phương thức khai thác tự nhiên bền vững ở Bắc Mỹ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vấn đề nhập cư, chủng tộc và đô thị hoá ở Bắc Mỹ.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phương thức con người khai thác tự nhiên bền vững ở Bắc Mỹ.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smarttest.vn/vi/ma-tran-de-kiem-tra/lop-7/lich-su-dia-li/giua-ki-2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lich-su-dia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Lịch sử và Địa lí 7</dc:title>
  <dc:subject>Lịch sử và Địa lí 7 – Kết nối tri thức</dc:subject>
  <dc:creator>SmartTest</dc:creator>
  <cp:keywords>ma trận đề kiểm tra, bản đặc tả, lịch sử và địa lí 7, giữa học kì ii</cp:keywords>
  <dc:description/>
  <cp:lastModifiedBy>SmartTest</cp:lastModifiedBy>
  <cp:revision>1</cp:revision>
  <dcterms:created xsi:type="dcterms:W3CDTF">2026-10-30T05:28:01Z</dcterms:created>
  <dcterms:modified xsi:type="dcterms:W3CDTF">2026-10-30T05:28:01Z</dcterms:modified>
  <cp:category/>
</cp:coreProperties>
</file>