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Traffic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Films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Festivals around the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/aɪ/ – /eɪ/; /ɪə/ – /eə/; stress in two-syllable words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Traffic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phương tiện giao thông; biển báo giao thông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cấu trúc It chỉ khoảng cách và should / shouldn't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"Traffic"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cấu trúc It chỉ khoảng cách và should / shouldn't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cấu trúc It chỉ khoảng cách và should / shouldn't cùng từ vựng chủ điểm "Traffic"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Films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thể loại phim; tính từ miêu tả phim (Unit 8).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liên từ although / though và trạng từ however (Unit 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"Films" trong ngữ cảnh (Unit 8).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liên từ although / though và trạng từ however trong ngữ cảnh (Unit 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liên từ although / though và trạng từ however cùng từ vựng chủ điểm "Films" để hoàn thành câu, viết lại câu (Unit 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Festivals around the world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các loại lễ hội và hoạt động lễ hội (Unit 9).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 Yes / No (Unit 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"Festivals around the world" trong ngữ cảnh (Unit 9).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hỏi Yes / No trong ngữ cảnh (Unit 9).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hỏi Yes / No cùng từ vựng chủ điểm "Festivals around the world" để hoàn thành câu, viết lại câu (Unit 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/aɪ/ – /eɪ/; /ɪə/ – /eə/; stress in two-syllable words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/aɪ/ và /eɪ/; âm /ɪə/ và /eə/; trọng âm của từ hai âm tiết (Units 7–9).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giao thông; phim ảnh; lễ hội trên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giao thông; phim ảnh; lễ hội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giao thông; phim ảnh; lễ hội trên thế giới (Units 7–9).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giao thông; phim ảnh; lễ hội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giao thông; phim ảnh; lễ hội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cấu trúc It chỉ khoảng cách; liên từ although / though và trạng từ however; câu hỏi Yes / No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7–9.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giao thông; phim ảnh; lễ hội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smarttest.vn/vi/ma-tran-de-kiem-tra/lop-7/tieng-anh/giua-ki-2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eng-anh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Tiếng Anh 7</dc:title>
  <dc:subject>Tiếng Anh 7 – Kết nối tri thức</dc:subject>
  <dc:creator>SmartTest</dc:creator>
  <cp:keywords>ma trận đề kiểm tra, bản đặc tả, tiếng anh 7, giữa học kì ii</cp:keywords>
  <dc:description/>
  <cp:lastModifiedBy>SmartTest</cp:lastModifiedBy>
  <cp:revision>1</cp:revision>
  <dcterms:created xsi:type="dcterms:W3CDTF">2026-10-30T05:28:01Z</dcterms:created>
  <dcterms:modified xsi:type="dcterms:W3CDTF">2026-10-30T05:28:01Z</dcterms:modified>
  <cp:category/>
</cp:coreProperties>
</file>