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cụ hỗ trợ tính toán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Trình bày bảng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Hoàn thiện bảng tính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bài trình chiếu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cụ hỗ trợ tính toán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cú pháp, chức năng của các hàm SUM, AVERAGE, MAX, MIN, COUNT.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kết quả trả về của các hàm trên khối dữ liệu cho trước.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Trình bày bảng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lệnh định dạng dữ liệu số, căn lề, kẻ đường viền, gộp ô, chèn, xoá hàng và cột.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tác dụng của việc định dạng, trình bày bảng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Hoàn thiện bảng tính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thao tác với trang tính: thêm, xoá, đổi tên, sao chép; thiết lập trang in.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Hoàn thiện được bảng tính quản lí dữ liệu thực tế và in được bảng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Tạo bài trình chiếu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cơ bản của phần mềm trình chiếu và các thành phần của trang chiếu.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tổ chức nội dung có cấu trúc phân cấp trong bài trình chiếu.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Tạo được bài trình chiếu có trang tiêu đề và nội dung có cấu trúc phân cấp.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smarttest.vn/vi/ma-tran-de-kiem-tra/lop-7/tin-hoc/giua-ki-2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n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Tin học 7</dc:title>
  <dc:subject>Tin học 7 – Kết nối tri thức</dc:subject>
  <dc:creator>SmartTest</dc:creator>
  <cp:keywords>ma trận đề kiểm tra, bản đặc tả, tin học 7, giữa học kì ii</cp:keywords>
  <dc:description/>
  <cp:lastModifiedBy>SmartTest</cp:lastModifiedBy>
  <cp:revision>1</cp:revision>
  <dcterms:created xsi:type="dcterms:W3CDTF">2026-10-30T05:28:02Z</dcterms:created>
  <dcterms:modified xsi:type="dcterms:W3CDTF">2026-10-30T05:28:02Z</dcterms:modified>
  <cp:category/>
</cp:coreProperties>
</file>