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Tỉ lệ thức và đại lượng tỉ lệ; Chủ đề 2 – Biểu thức đại số và đa thức một biến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thức và đại lượng tỉ lệ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Tỉ lệ thức; Tính chất của dãy tỉ số bằng nhau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lượng tỉ lệ thuận; Đại lượng tỉ lệ nghịch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Biểu thức đại số và đa thức một biến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thức đại số; Đa thức một biến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đa thức một biến; Phép nhân đa thức một biến; Phép chia đa thức một biến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thức và đại lượng tỉ lệ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Tỉ lệ thức; Tính chất của dãy tỉ số bằng nhau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tỉ lệ thức và các tính chất của tỉ lệ thức; tính chất của dãy tỉ số bằng nhau.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Tìm được số hạng chưa biết của tỉ lệ thức; áp dụng tính chất của dãy tỉ số bằng nhau để tìm các số chưa biết.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lượng tỉ lệ thuận; Đại lượng tỉ lệ nghịch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hai đại lượng tỉ lệ thuận, tỉ lệ nghịch và hệ số tỉ lệ.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hệ số tỉ lệ; tìm được giá trị của một đại lượng khi biết giá trị tương ứng của đại lượng kia.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được bài toán thực tiễn về đại lượng tỉ lệ thuận, tỉ lệ nghịch (năng suất, chuyển động, chia phần…).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Biểu thức đại số và đa thức một biến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thức đại số; Đa thức một biến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biểu thức số, biểu thức đại số; đa thức một biến, bậc, hệ số cao nhất, hệ số tự do, nghiệm của đa thức một biến.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giá trị của biểu thức đại số; thu gọn, sắp xếp đa thức một biến; kiểm tra được một số có là nghiệm của đa thức hay không.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biểu thức đại số biểu thị các đại lượng trong tình huống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đa thức một biến; Phép nhân đa thức một biến; Phép chia đa thức một biến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quy tắc cộng, trừ, nhân, chia đa thức một biến.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phép cộng, trừ, nhân đa thức một biến; phép chia hết và phép chia có dư đa thức một biến.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phép tính với đa thức một biến để giải quyết bài toán (tìm hệ số, biểu diễn diện tích, thể tích…).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smarttest.vn/vi/ma-tran-de-kiem-tra/lop-7/toan/giua-ki-2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o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Toán 7</dc:title>
  <dc:subject>Toán 7 – Kết nối tri thức</dc:subject>
  <dc:creator>SmartTest</dc:creator>
  <cp:keywords>ma trận đề kiểm tra, bản đặc tả, toán 7, giữa học kì ii</cp:keywords>
  <dc:description/>
  <cp:lastModifiedBy>SmartTest</cp:lastModifiedBy>
  <cp:revision>1</cp:revision>
  <dcterms:created xsi:type="dcterms:W3CDTF">2026-10-30T05:28:00Z</dcterms:created>
  <dcterms:modified xsi:type="dcterms:W3CDTF">2026-10-30T05:28:00Z</dcterms:modified>
  <cp:category/>
</cp:coreProperties>
</file>