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dân tộc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đa dạng của các dân tộc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cần cù, sáng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lẽ phải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môi trường và tài nguyên thiên nhiên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dân tộc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của dân tộc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giá trị của các truyền thống dân tộc Việt Nam; đánh giá được hành vi, việc làm thể hiện lòng tự hào về truyền thống dân tộc.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cụ thể để giữ gìn, phát huy truyền thống dân tộc; phê phán những việc làm trái ngược.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đa dạng của các dân tộc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biểu hiện của sự đa dạng của các dân tộc và các nền văn hoá trên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tôn trọng sự đa dạng của các dân tộc và các nền văn hoá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được bằng lời nói, việc làm thái độ tôn trọng sự đa dạng của các dân tộc; phê phán hành vi kì thị, phân biệt chủng tộc và văn hoá.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Lao động cần cù, sáng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cần cù, sáng tạo trong lao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cần cù, sáng tạo trong lao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được sự cần cù, sáng tạo trong lao động của bản thân; quý trọng tấm gương cần cù, sáng tạo; phê phán biểu hiện chây lười, thụ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lẽ phải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lẽ phải và một số biểu hiện của bảo vệ lẽ phải.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cách đơn giản về sự cần thiết phải bảo vệ lẽ phải.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làm cụ thể để bảo vệ lẽ phải; phê phán thái độ, hành vi không bảo vệ lẽ phải.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môi trường và tài nguyên thiên nhiên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quy định cơ bản của pháp luật về bảo vệ môi trường, tài nguyên thiên nhiên và một số biện pháp bảo vệ.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tầm quan trọng của môi trường, tài nguyên thiên nhiên; nhận xét, đánh giá được hành vi bảo vệ hoặc gây hại môi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việc bảo vệ môi trường, tài nguyên thiên nhiên bằng việc làm phù hợp với lứa tuổi; phê phán hành vi gây ô nhiễm, phá hoại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smarttest.vn/vi/ma-tran-de-kiem-tra/lop-8/gdcd/cuoi-ki-1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gdcd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công dân 8</dc:title>
  <dc:subject>Giáo dục công dân 8 – Kết nối tri thức</dc:subject>
  <dc:creator>SmartTest</dc:creator>
  <cp:keywords>ma trận đề kiểm tra, bản đặc tả, giáo dục công dân 8, cuối học kì 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