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CUỐI HỌC KÌ I – NĂM HỌC 2026-2027</w:t>
      </w:r>
    </w:p>
    <w:p>
      <w:pPr>
        <w:spacing w:after="40"/>
        <w:jc w:val="center"/>
      </w:pPr>
      <w:r>
        <w:rPr>
          <w:b/>
          <w:i w:val="0"/>
          <w:sz w:val="26"/>
        </w:rPr>
        <w:t>MÔN: NGỮ VĂN 8</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Cuối học kì I</w:t>
      </w:r>
    </w:p>
    <w:p>
      <w:pPr>
        <w:spacing w:after="40"/>
      </w:pPr>
      <w:r>
        <w:rPr>
          <w:b w:val="0"/>
          <w:i w:val="0"/>
          <w:sz w:val="22"/>
        </w:rPr>
        <w:t>- Thời gian làm bài: 90 phút</w:t>
      </w:r>
    </w:p>
    <w:p>
      <w:pPr>
        <w:spacing w:after="40"/>
      </w:pPr>
      <w:r>
        <w:rPr>
          <w:b w:val="0"/>
          <w:i w:val="0"/>
          <w:sz w:val="22"/>
        </w:rPr>
        <w:t>- Hình thức kiểm tra: tự luận (đọc hiểu và viết)</w:t>
      </w:r>
    </w:p>
    <w:p>
      <w:pPr>
        <w:spacing w:after="40"/>
      </w:pPr>
      <w:r>
        <w:rPr>
          <w:b w:val="0"/>
          <w:i w:val="0"/>
          <w:sz w:val="22"/>
        </w:rPr>
        <w:t>- Cấu trúc:</w:t>
      </w:r>
    </w:p>
    <w:p>
      <w:pPr>
        <w:spacing w:after="40"/>
      </w:pPr>
      <w:r>
        <w:rPr>
          <w:b w:val="0"/>
          <w:i w:val="0"/>
          <w:sz w:val="22"/>
        </w:rPr>
        <w:t xml:space="preserve">    + Phần I. Đọc hiểu: 4 câu – 4 điểm (40%)</w:t>
      </w:r>
    </w:p>
    <w:p>
      <w:pPr>
        <w:spacing w:after="40"/>
      </w:pPr>
      <w:r>
        <w:rPr>
          <w:b w:val="0"/>
          <w:i w:val="0"/>
          <w:sz w:val="22"/>
        </w:rPr>
        <w:t xml:space="preserve">    + Phần II. Viết: 2 câu (6 ý) – 6 điểm (60%)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Câu chuyện của lịch sử; Chủ đề 2 – Vẻ đẹp cổ điển; Chủ đề 3 – Lời sông núi; Chủ đề 4 – Tiếng cười trào phúng trong thơ; Chủ đề 5 – Những câu chuyện hài</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7303"/>
        <w:gridCol w:w="652"/>
        <w:gridCol w:w="652"/>
        <w:gridCol w:w="652"/>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7303"/>
            <w:vMerge w:val="restart"/>
            <w:shd w:val="clear" w:color="auto" w:fill="D9E2F3"/>
          </w:tcPr>
          <w:p>
            <w:pPr>
              <w:spacing w:after="20"/>
              <w:jc w:val="center"/>
            </w:pPr>
            <w:r/>
            <w:r>
              <w:rPr>
                <w:rFonts w:ascii="Times New Roman" w:hAnsi="Times New Roman"/>
                <w:b/>
                <w:sz w:val="18"/>
              </w:rPr>
              <w:t>Đơn vị kiến thức</w:t>
            </w:r>
          </w:p>
        </w:tc>
        <w:tc>
          <w:tcPr>
            <w:tcW w:type="dxa" w:w="3912"/>
            <w:gridSpan w:val="6"/>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7303"/>
            <w:vMerge/>
          </w:tcPr>
          <w:p/>
        </w:tc>
        <w:tc>
          <w:tcPr>
            <w:tcW w:type="dxa" w:w="1956"/>
            <w:gridSpan w:val="3"/>
            <w:shd w:val="clear" w:color="auto" w:fill="D9E2F3"/>
          </w:tcPr>
          <w:p>
            <w:pPr>
              <w:spacing w:after="20"/>
              <w:jc w:val="center"/>
            </w:pPr>
            <w:r/>
            <w:r>
              <w:rPr>
                <w:rFonts w:ascii="Times New Roman" w:hAnsi="Times New Roman"/>
                <w:b/>
                <w:sz w:val="18"/>
              </w:rPr>
              <w:t>Phần I: Đọc hiểu</w:t>
            </w:r>
          </w:p>
        </w:tc>
        <w:tc>
          <w:tcPr>
            <w:tcW w:type="dxa" w:w="1956"/>
            <w:gridSpan w:val="3"/>
            <w:shd w:val="clear" w:color="auto" w:fill="D9E2F3"/>
          </w:tcPr>
          <w:p>
            <w:pPr>
              <w:spacing w:after="20"/>
              <w:jc w:val="center"/>
            </w:pPr>
            <w:r/>
            <w:r>
              <w:rPr>
                <w:rFonts w:ascii="Times New Roman" w:hAnsi="Times New Roman"/>
                <w:b/>
                <w:sz w:val="18"/>
              </w:rPr>
              <w:t>Phần II: Viết (tính theo ý)</w:t>
            </w:r>
          </w:p>
        </w:tc>
        <w:tc>
          <w:tcPr>
            <w:tcW w:type="dxa" w:w="963"/>
            <w:vMerge/>
          </w:tcPr>
          <w:p/>
        </w:tc>
        <w:tc>
          <w:tcPr>
            <w:tcW w:type="dxa" w:w="850"/>
            <w:vMerge/>
          </w:tcPr>
          <w:p/>
        </w:tc>
      </w:tr>
      <w:tr>
        <w:tc>
          <w:tcPr>
            <w:tcW w:type="dxa" w:w="510"/>
            <w:vMerge/>
          </w:tcPr>
          <w:p/>
        </w:tc>
        <w:tc>
          <w:tcPr>
            <w:tcW w:type="dxa" w:w="1600"/>
            <w:vMerge/>
          </w:tcPr>
          <w:p/>
        </w:tc>
        <w:tc>
          <w:tcPr>
            <w:tcW w:type="dxa" w:w="7303"/>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tcPr>
          <w:p>
            <w:pPr>
              <w:spacing w:after="20"/>
              <w:jc w:val="center"/>
            </w:pPr>
            <w:r/>
            <w:r>
              <w:rPr>
                <w:rFonts w:ascii="Times New Roman" w:hAnsi="Times New Roman"/>
                <w:b w:val="0"/>
                <w:sz w:val="18"/>
              </w:rPr>
              <w:t>1</w:t>
            </w:r>
          </w:p>
        </w:tc>
        <w:tc>
          <w:tcPr>
            <w:tcW w:type="dxa" w:w="1600"/>
          </w:tcPr>
          <w:p>
            <w:pPr>
              <w:spacing w:after="20"/>
              <w:jc w:val="left"/>
            </w:pPr>
            <w:r/>
            <w:r>
              <w:rPr>
                <w:rFonts w:ascii="Times New Roman" w:hAnsi="Times New Roman"/>
                <w:b/>
                <w:sz w:val="18"/>
              </w:rPr>
              <w:t>Đọc hiểu</w:t>
            </w:r>
          </w:p>
        </w:tc>
        <w:tc>
          <w:tcPr>
            <w:tcW w:type="dxa" w:w="7303"/>
          </w:tcPr>
          <w:p>
            <w:pPr>
              <w:spacing w:after="20"/>
              <w:jc w:val="left"/>
            </w:pPr>
            <w:r/>
            <w:r>
              <w:rPr>
                <w:rFonts w:ascii="Times New Roman" w:hAnsi="Times New Roman"/>
                <w:b w:val="0"/>
                <w:sz w:val="18"/>
              </w:rPr>
              <w:t>Ngữ liệu ngoài sách giáo khoa: Lời sông núi (văn bản nghị luận xã hội); Tiếng cười trào phúng trong thơ (thơ trào phúng); Những câu chuyện hài (hài kịch, truyện cười)</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510"/>
            <w:vMerge w:val="restart"/>
          </w:tcPr>
          <w:p>
            <w:pPr>
              <w:spacing w:after="20"/>
              <w:jc w:val="center"/>
            </w:pPr>
            <w:r/>
            <w:r>
              <w:rPr>
                <w:rFonts w:ascii="Times New Roman" w:hAnsi="Times New Roman"/>
                <w:b w:val="0"/>
                <w:sz w:val="18"/>
              </w:rPr>
              <w:t>2</w:t>
            </w:r>
          </w:p>
        </w:tc>
        <w:tc>
          <w:tcPr>
            <w:tcW w:type="dxa" w:w="1600"/>
            <w:vMerge w:val="restart"/>
          </w:tcPr>
          <w:p>
            <w:pPr>
              <w:spacing w:after="20"/>
              <w:jc w:val="left"/>
            </w:pPr>
            <w:r/>
            <w:r>
              <w:rPr>
                <w:rFonts w:ascii="Times New Roman" w:hAnsi="Times New Roman"/>
                <w:b/>
                <w:sz w:val="18"/>
              </w:rPr>
              <w:t>Viết</w:t>
            </w:r>
          </w:p>
        </w:tc>
        <w:tc>
          <w:tcPr>
            <w:tcW w:type="dxa" w:w="7303"/>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20%</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Viết bài văn nghị luận về một vấn đề đời sống (con người trong mối quan hệ với cộng đồng, đất nước) hoặc Viết bài văn phân tích một tác phẩm văn học (thơ trào phúng)</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9413"/>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963"/>
            <w:shd w:val="clear" w:color="auto" w:fill="F2F2F2"/>
          </w:tcPr>
          <w:p>
            <w:pPr>
              <w:spacing w:after="20"/>
              <w:jc w:val="center"/>
            </w:pPr>
            <w:r/>
            <w:r>
              <w:rPr>
                <w:rFonts w:ascii="Times New Roman" w:hAnsi="Times New Roman"/>
                <w:b/>
                <w:sz w:val="18"/>
              </w:rPr>
              <w:t>10</w:t>
            </w:r>
          </w:p>
        </w:tc>
        <w:tc>
          <w:tcPr>
            <w:tcW w:type="dxa" w:w="850"/>
            <w:shd w:val="clear" w:color="auto" w:fill="F2F2F2"/>
          </w:tcPr>
          <w:p>
            <w:pPr>
              <w:spacing w:after="20"/>
              <w:jc w:val="center"/>
            </w:pPr>
            <w:r/>
            <w:r>
              <w:rPr>
                <w:rFonts w:ascii="Times New Roman" w:hAnsi="Times New Roman"/>
                <w:b/>
                <w:sz w:val="18"/>
              </w:rPr>
              <w:t>100%</w:t>
            </w:r>
          </w:p>
        </w:tc>
      </w:tr>
      <w:tr>
        <w:tc>
          <w:tcPr>
            <w:tcW w:type="dxa" w:w="9413"/>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4 điểm</w:t>
            </w:r>
          </w:p>
        </w:tc>
        <w:tc>
          <w:tcPr>
            <w:tcW w:type="dxa" w:w="1956"/>
            <w:gridSpan w:val="3"/>
            <w:shd w:val="clear" w:color="auto" w:fill="F2F2F2"/>
          </w:tcPr>
          <w:p>
            <w:pPr>
              <w:spacing w:after="20"/>
              <w:jc w:val="center"/>
            </w:pPr>
            <w:r/>
            <w:r>
              <w:rPr>
                <w:rFonts w:ascii="Times New Roman" w:hAnsi="Times New Roman"/>
                <w:b/>
                <w:sz w:val="18"/>
              </w:rPr>
              <w:t>6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9413"/>
            <w:gridSpan w:val="3"/>
            <w:shd w:val="clear" w:color="auto" w:fill="F2F2F2"/>
          </w:tcPr>
          <w:p>
            <w:pPr>
              <w:spacing w:after="20"/>
              <w:jc w:val="left"/>
            </w:pPr>
            <w:r/>
            <w:r>
              <w:rPr>
                <w:rFonts w:ascii="Times New Roman" w:hAnsi="Times New Roman"/>
                <w:b/>
                <w:sz w:val="18"/>
              </w:rPr>
              <w:t>Tỉ lệ theo mức độ (NB – TH – VD)</w:t>
            </w:r>
          </w:p>
        </w:tc>
        <w:tc>
          <w:tcPr>
            <w:tcW w:type="dxa" w:w="5725"/>
            <w:gridSpan w:val="8"/>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1,0 điểm. Phần II: câu 1 (đoạn văn) 2,0 điểm, câu 2 (bài văn) 4,0 điểm; điểm phần Viết chia theo mức độ, mỗi ý 1,0 điểm. Bài kiểm tra cuối kì đánh giá cả học kì; ngữ liệu đọc hiểu và đề viết ưu tiên các bài học sau kiểm tra giữa kì.</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7939"/>
        <w:gridCol w:w="567"/>
        <w:gridCol w:w="567"/>
        <w:gridCol w:w="567"/>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7939"/>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3402"/>
            <w:gridSpan w:val="6"/>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7939"/>
            <w:vMerge/>
          </w:tcPr>
          <w:p/>
        </w:tc>
        <w:tc>
          <w:tcPr>
            <w:tcW w:type="dxa" w:w="1701"/>
            <w:gridSpan w:val="3"/>
            <w:shd w:val="clear" w:color="auto" w:fill="D9E2F3"/>
          </w:tcPr>
          <w:p>
            <w:pPr>
              <w:spacing w:after="20"/>
              <w:jc w:val="center"/>
            </w:pPr>
            <w:r/>
            <w:r>
              <w:rPr>
                <w:rFonts w:ascii="Times New Roman" w:hAnsi="Times New Roman"/>
                <w:b/>
                <w:sz w:val="18"/>
              </w:rPr>
              <w:t>Đọc hiểu</w:t>
            </w:r>
          </w:p>
        </w:tc>
        <w:tc>
          <w:tcPr>
            <w:tcW w:type="dxa" w:w="1701"/>
            <w:gridSpan w:val="3"/>
            <w:shd w:val="clear" w:color="auto" w:fill="D9E2F3"/>
          </w:tcPr>
          <w:p>
            <w:pPr>
              <w:spacing w:after="20"/>
              <w:jc w:val="center"/>
            </w:pPr>
            <w:r/>
            <w:r>
              <w:rPr>
                <w:rFonts w:ascii="Times New Roman" w:hAnsi="Times New Roman"/>
                <w:b/>
                <w:sz w:val="18"/>
              </w:rPr>
              <w:t>Viết (ý)</w:t>
            </w:r>
          </w:p>
        </w:tc>
      </w:tr>
      <w:tr>
        <w:tc>
          <w:tcPr>
            <w:tcW w:type="dxa" w:w="510"/>
            <w:vMerge/>
          </w:tcPr>
          <w:p/>
        </w:tc>
        <w:tc>
          <w:tcPr>
            <w:tcW w:type="dxa" w:w="1360"/>
            <w:vMerge/>
          </w:tcPr>
          <w:p/>
        </w:tc>
        <w:tc>
          <w:tcPr>
            <w:tcW w:type="dxa" w:w="1927"/>
            <w:vMerge/>
          </w:tcPr>
          <w:p/>
        </w:tc>
        <w:tc>
          <w:tcPr>
            <w:tcW w:type="dxa" w:w="7939"/>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tcPr>
          <w:p>
            <w:pPr>
              <w:spacing w:after="20"/>
              <w:jc w:val="center"/>
            </w:pPr>
            <w:r/>
            <w:r>
              <w:rPr>
                <w:rFonts w:ascii="Times New Roman" w:hAnsi="Times New Roman"/>
                <w:b w:val="0"/>
                <w:sz w:val="18"/>
              </w:rPr>
              <w:t>1</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Ngữ liệu ngoài sách giáo khoa: Lời sông núi (văn bản nghị luận xã hội); Tiếng cười trào phúng trong thơ (thơ trào phúng); Những câu chuyện hài (hài kịch, truyện cười)</w:t>
            </w:r>
          </w:p>
        </w:tc>
        <w:tc>
          <w:tcPr>
            <w:tcW w:type="dxa" w:w="7939"/>
          </w:tcPr>
          <w:p>
            <w:r/>
            <w:r>
              <w:rPr>
                <w:b/>
                <w:sz w:val="18"/>
              </w:rPr>
              <w:t>Nhận biết:</w:t>
            </w:r>
          </w:p>
          <w:p>
            <w:pPr>
              <w:spacing w:after="0"/>
            </w:pPr>
            <w:r>
              <w:rPr>
                <w:sz w:val="18"/>
              </w:rPr>
              <w:t>- Nhận biết được vấn đề, ý kiến, lí lẽ và bằng chứng trong văn bản nghị luận xã hội.</w:t>
            </w:r>
          </w:p>
          <w:p>
            <w:pPr>
              <w:spacing w:after="0"/>
            </w:pPr>
            <w:r>
              <w:rPr>
                <w:sz w:val="18"/>
              </w:rPr>
              <w:t>- Nhận biết được thể thơ, vần, nhịp, hình ảnh, từ ngữ và biện pháp tu từ trong thơ trào phúng.</w:t>
            </w:r>
          </w:p>
          <w:p>
            <w:pPr>
              <w:spacing w:after="0"/>
            </w:pPr>
            <w:r>
              <w:rPr>
                <w:sz w:val="18"/>
              </w:rPr>
              <w:t>- Nhận biết được xung đột, hành động, lời thoại và nhân vật trong hài kịch, truyện cười.</w:t>
            </w:r>
          </w:p>
          <w:p>
            <w:r>
              <w:rPr>
                <w:b/>
                <w:sz w:val="18"/>
              </w:rPr>
              <w:t>Thông hiểu:</w:t>
            </w:r>
          </w:p>
          <w:p>
            <w:pPr>
              <w:spacing w:after="0"/>
            </w:pPr>
            <w:r>
              <w:rPr>
                <w:sz w:val="18"/>
              </w:rPr>
              <w:t>- Chỉ ra được mối quan hệ giữa ý kiến, lí lẽ và bằng chứng; hiểu được mục đích, quan điểm của người viết.</w:t>
            </w:r>
          </w:p>
          <w:p>
            <w:pPr>
              <w:spacing w:after="0"/>
            </w:pPr>
            <w:r>
              <w:rPr>
                <w:sz w:val="18"/>
              </w:rPr>
              <w:t>- Hiểu được tình cảm, cảm xúc của chủ thể trữ tình; nêu được chủ đề, thông điệp của bài thơ.</w:t>
            </w:r>
          </w:p>
          <w:p>
            <w:pPr>
              <w:spacing w:after="0"/>
            </w:pPr>
            <w:r>
              <w:rPr>
                <w:sz w:val="18"/>
              </w:rPr>
              <w:t>- Phân tích được tác dụng của các yếu tố hình thức (thể thơ, hình ảnh, biện pháp tu từ).</w:t>
            </w:r>
          </w:p>
          <w:p>
            <w:pPr>
              <w:spacing w:after="0"/>
            </w:pPr>
            <w:r>
              <w:rPr>
                <w:sz w:val="18"/>
              </w:rPr>
              <w:t>- Phân tích được tính cách nhân vật thể hiện qua hành động, lời thoại; hiểu được chủ đề, thông điệp.</w:t>
            </w:r>
          </w:p>
          <w:p>
            <w:pPr>
              <w:spacing w:after="0"/>
            </w:pPr>
            <w:r>
              <w:rPr>
                <w:sz w:val="18"/>
              </w:rPr>
              <w:t>- Nêu được tác dụng của đoạn văn diễn dịch và đoạn văn quy nạp; đoạn văn song song và đoạn văn phối hợp; nghĩa của một số yếu tố Hán Việt, thành ngữ Hán Việt trong văn bản.</w:t>
            </w:r>
          </w:p>
          <w:p>
            <w:r>
              <w:rPr>
                <w:b/>
                <w:sz w:val="18"/>
              </w:rPr>
              <w:t>Vận dụng:</w:t>
            </w:r>
          </w:p>
          <w:p>
            <w:pPr>
              <w:spacing w:after="0"/>
            </w:pPr>
            <w:r>
              <w:rPr>
                <w:sz w:val="18"/>
              </w:rPr>
              <w:t>- Nêu được ý kiến của bản thân (đồng tình hoặc không) về vấn đề đặt ra trong văn bản và lí giải.</w:t>
            </w:r>
          </w:p>
          <w:p>
            <w:pPr>
              <w:spacing w:after="0"/>
            </w:pPr>
            <w:r>
              <w:rPr>
                <w:sz w:val="18"/>
              </w:rPr>
              <w:t>- Trình bày được cảm nhận, suy nghĩ của bản thân về một chi tiết, hình ảnh hoặc thông điệp của bài thơ.</w:t>
            </w:r>
          </w:p>
          <w:p>
            <w:pPr>
              <w:spacing w:after="0"/>
            </w:pPr>
            <w:r>
              <w:rPr>
                <w:sz w:val="18"/>
              </w:rPr>
              <w:t>- Nêu được ý nghĩa, tác động của văn bản đối với quan niệm, cách nhìn của bản thân.</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val="restart"/>
          </w:tcPr>
          <w:p>
            <w:pPr>
              <w:spacing w:after="20"/>
              <w:jc w:val="center"/>
            </w:pPr>
            <w:r/>
            <w:r>
              <w:rPr>
                <w:rFonts w:ascii="Times New Roman" w:hAnsi="Times New Roman"/>
                <w:b w:val="0"/>
                <w:sz w:val="18"/>
              </w:rPr>
              <w:t>2</w:t>
            </w:r>
          </w:p>
        </w:tc>
        <w:tc>
          <w:tcPr>
            <w:tcW w:type="dxa" w:w="1360"/>
            <w:vMerge w:val="restart"/>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7939"/>
          </w:tcPr>
          <w:p>
            <w:r/>
            <w:r>
              <w:rPr>
                <w:b/>
                <w:sz w:val="18"/>
              </w:rPr>
              <w:t>Thông hiểu:</w:t>
            </w:r>
          </w:p>
          <w:p>
            <w:pPr>
              <w:spacing w:after="0"/>
            </w:pPr>
            <w:r>
              <w:rPr>
                <w:sz w:val="18"/>
              </w:rPr>
              <w:t>- Giải thích được vấn đề; trình bày ý kiến bằng lí lẽ và bằng chứng xác thực.</w:t>
            </w:r>
          </w:p>
          <w:p>
            <w:r>
              <w:rPr>
                <w:b/>
                <w:sz w:val="18"/>
              </w:rPr>
              <w:t>Vận dụng:</w:t>
            </w:r>
          </w:p>
          <w:p>
            <w:pPr>
              <w:spacing w:after="0"/>
            </w:pPr>
            <w:r>
              <w:rPr>
                <w:sz w:val="18"/>
              </w:rPr>
              <w:t>- Đề xuất được giải pháp hoặc bài học phù hợp; diễn đạt mạch lạc, có sức thuyết phục.</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Viết bài văn nghị luận về một vấn đề đời sống (con người trong mối quan hệ với cộng đồng, đất nước) hoặc Viết bài văn phân tích một tác phẩm văn học (thơ trào phúng)</w:t>
            </w:r>
          </w:p>
        </w:tc>
        <w:tc>
          <w:tcPr>
            <w:tcW w:type="dxa" w:w="7939"/>
          </w:tcPr>
          <w:p>
            <w:r/>
            <w:r>
              <w:rPr>
                <w:b/>
                <w:sz w:val="18"/>
              </w:rPr>
              <w:t>Nhận biết:</w:t>
            </w:r>
          </w:p>
          <w:p>
            <w:pPr>
              <w:spacing w:after="0"/>
            </w:pPr>
            <w:r>
              <w:rPr>
                <w:sz w:val="18"/>
              </w:rPr>
              <w:t>- Xác định được vấn đề cần bàn luận; bảo đảm bố cục bài văn nghị luận.</w:t>
            </w:r>
          </w:p>
          <w:p>
            <w:pPr>
              <w:spacing w:after="0"/>
            </w:pPr>
            <w:r>
              <w:rPr>
                <w:sz w:val="18"/>
              </w:rPr>
              <w:t>- Xác định được yêu cầu của đề, tác phẩm cần bàn; bảo đảm bố cục bài văn nghị luận.</w:t>
            </w:r>
          </w:p>
          <w:p>
            <w:r>
              <w:rPr>
                <w:b/>
                <w:sz w:val="18"/>
              </w:rPr>
              <w:t>Thông hiểu:</w:t>
            </w:r>
          </w:p>
          <w:p>
            <w:pPr>
              <w:spacing w:after="0"/>
            </w:pPr>
            <w:r>
              <w:rPr>
                <w:sz w:val="18"/>
              </w:rPr>
              <w:t>- Giải thích được vấn đề; trình bày ý kiến bằng lí lẽ và bằng chứng xác thực.</w:t>
            </w:r>
          </w:p>
          <w:p>
            <w:pPr>
              <w:spacing w:after="0"/>
            </w:pPr>
            <w:r>
              <w:rPr>
                <w:sz w:val="18"/>
              </w:rPr>
              <w:t>- Phân tích được chủ đề và những nét đặc sắc về nội dung, nghệ thuật, có dẫn chứng từ tác phẩm.</w:t>
            </w:r>
          </w:p>
          <w:p>
            <w:r>
              <w:rPr>
                <w:b/>
                <w:sz w:val="18"/>
              </w:rPr>
              <w:t>Vận dụng:</w:t>
            </w:r>
          </w:p>
          <w:p>
            <w:pPr>
              <w:spacing w:after="0"/>
            </w:pPr>
            <w:r>
              <w:rPr>
                <w:sz w:val="18"/>
              </w:rPr>
              <w:t>- Đề xuất được giải pháp hoặc bài học phù hợp; diễn đạt mạch lạc, có sức thuyết phục.</w:t>
            </w:r>
          </w:p>
          <w:p>
            <w:pPr>
              <w:spacing w:after="0"/>
            </w:pPr>
            <w:r>
              <w:rPr>
                <w:sz w:val="18"/>
              </w:rPr>
              <w:t>- Viết được bài văn mạch lạc, lập luận thuyết phục; nêu được đánh giá, cảm nhận riêng.</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smarttest.vn/vi/ma-tran-de-kiem-tra/lop-8/ngu-van/cuoi-ki-1</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8/ngu-van/cuoi-k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cuối học kì i Ngữ văn 8</dc:title>
  <dc:subject>Ngữ văn 8 – Kết nối tri thức</dc:subject>
  <dc:creator>SmartTest</dc:creator>
  <cp:keywords>ma trận đề kiểm tra, bản đặc tả, ngữ văn 8, cuối học kì i</cp:keywords>
  <dc:description/>
  <cp:lastModifiedBy>SmartTest</cp:lastModifiedBy>
  <cp:revision>1</cp:revision>
  <dcterms:created xsi:type="dcterms:W3CDTF">2026-10-30T05:28:03Z</dcterms:created>
  <dcterms:modified xsi:type="dcterms:W3CDTF">2026-10-30T05:28:03Z</dcterms:modified>
  <cp:category/>
</cp:coreProperties>
</file>