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viết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32 câu – 8 điểm (80%)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 (viết lại câu, sắp xếp từ/câu): 8 câu – 2 điểm (20%)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Leisure time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Life in the countryside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Teenagers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4: Ethnic groups of Viet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5: Our customs and traditions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6: Lifestyles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/ʊ/ – /uː/; /ə/ – /ɪ/; /ʊə/ – /ɔɪ/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/k/ – /g/; /n/ – /ŋ/; /br/ – /pr/ (Units 4–6)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4–6)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4–6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4–6)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9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 / Viết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Leisure time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hoạt động lúc rảnh rỗi; cách diễn đạt sự thích và không thích (Unit 1).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động từ chỉ sự thích / không thích + danh động từ (V-ing) và động từ chỉ sự thích / không thích + to V (Unit 1).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"Leisure time" trong ngữ cảnh (Unit 1).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động từ chỉ sự thích / không thích + danh động từ (V-ing) và động từ chỉ sự thích / không thích + to V trong ngữ cảnh (Unit 1).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động từ chỉ sự thích / không thích + danh động từ (V-ing) và động từ chỉ sự thích / không thích + to V cùng từ vựng chủ điểm "Leisure time" để hoàn thành câu, viết lại câu (Unit 1).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Life in the countryside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cuộc sống ở nông thôn (Unit 2).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so sánh hơn của trạng từ (Unit 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"Life in the countryside" trong ngữ cảnh (Unit 2).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so sánh hơn của trạng từ trong ngữ cảnh (Unit 2).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so sánh hơn của trạng từ cùng từ vựng chủ điểm "Life in the countryside" để hoàn thành câu, viết lại câu (Unit 2).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Teenagers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câu lạc bộ ở trường, mạng xã hội và áp lực của tuổi thiếu niên (Unit 3).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đơn và câu ghép (Unit 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"Teenagers" trong ngữ cảnh (Unit 3).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câu đơn và câu ghép trong ngữ cảnh (Unit 3).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câu đơn và câu ghép cùng từ vựng chủ điểm "Teenagers" để hoàn thành câu, viết lại câu (Unit 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4: Ethnic groups of Viet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đời sống của các dân tộc (Unit 4).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 Yes / No và câu hỏi Wh- và danh từ đếm được và không đếm được (Unit 4).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"Ethnic groups of Viet Nam" trong ngữ cảnh (Unit 4).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câu hỏi Yes / No và câu hỏi Wh- và danh từ đếm được và không đếm được trong ngữ cảnh (Unit 4).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câu hỏi Yes / No và câu hỏi Wh- và danh từ đếm được và không đếm được cùng từ vựng chủ điểm "Ethnic groups of Viet Nam" để hoàn thành câu, viết lại câu (Unit 4).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5: Our customs and traditions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phong tục và truyền thống (Unit 5).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trường hợp không dùng mạo từ (zero article) (Unit 5).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"Our customs and traditions" trong ngữ cảnh (Unit 5).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trường hợp không dùng mạo từ (zero article) trong ngữ cảnh (Unit 5).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trường hợp không dùng mạo từ (zero article) cùng từ vựng chủ điểm "Our customs and traditions" để hoàn thành câu, viết lại câu (Unit 5).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6: Lifestyles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các lối sống khác nhau (Unit 6).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tương lai đơn và câu điều kiện loại 1 (Unit 6).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"Lifestyles" trong ngữ cảnh (Unit 6).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tương lai đơn và câu điều kiện loại 1 trong ngữ cảnh (Unit 6).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tương lai đơn và câu điều kiện loại 1 cùng từ vựng chủ điểm "Lifestyles" để hoàn thành câu, viết lại câu (Unit 6).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/ʊ/ – /uː/; /ə/ – /ɪ/; /ʊə/ – /ɔɪ/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âm /ʊ/ và /uː/; âm /ə/ và /ɪ/; âm /ʊə/ và /ɔɪ/ (Units 1–3).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thời gian rảnh rỗi; cuộc sống ở nông thôn; tuổi thiếu niên.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thời gian rảnh rỗi; cuộc sống ở nông thôn; tuổi thiếu niên (Units 1–3).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thời gian rảnh rỗi; cuộc sống ở nông thôn; tuổi thiếu niên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thời gian rảnh rỗi; cuộc sống ở nông thôn; tuổi thiếu niên.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1–3.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động từ chỉ sự thích / không thích + danh động từ (V-ing); so sánh hơn của trạng từ; câu đơn và câu ghép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1–3.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thời gian rảnh rỗi; cuộc sống ở nông thôn; tuổi thiếu niên.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/k/ – /g/; /n/ – /ŋ/; /br/ – /pr/ (Units 4–6)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âm /k/ và /g/; âm /n/ và /ŋ/; cụm phụ âm /br/ và /pr/ (Units 4–6).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các dân tộc Việt Nam; phong tục và truyền thống; lối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4–6)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các dân tộc Việt Nam; phong tục và truyền thống; lối sống (Units 4–6).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4–6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các dân tộc Việt Nam; phong tục và truyền thống; lối sống (Units 4–6).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các dân tộc Việt Nam; phong tục và truyền thống; lối sống.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4–6.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4–6)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câu hỏi Yes / No và câu hỏi Wh-; trường hợp không dùng mạo từ (zero article); thì tương lai đơn (Units 4–6).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4–6.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các dân tộc Việt Nam; phong tục và truyền thống; lối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smarttest.vn/vi/ma-tran-de-kiem-tra/lop-8/tieng-anh/cuoi-ki-1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tieng-anh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Tiếng Anh 8</dc:title>
  <dc:subject>Tiếng Anh 8 – Kết nối tri thức</dc:subject>
  <dc:creator>SmartTest</dc:creator>
  <cp:keywords>ma trận đề kiểm tra, bản đặc tả, tiếng anh 8, cuối học kì i</cp:keywords>
  <dc:description/>
  <cp:lastModifiedBy>SmartTest</cp:lastModifiedBy>
  <cp:revision>1</cp:revision>
  <dcterms:created xsi:type="dcterms:W3CDTF">2026-10-30T05:28:04Z</dcterms:created>
  <dcterms:modified xsi:type="dcterms:W3CDTF">2026-10-30T05:28:04Z</dcterms:modified>
  <cp:category/>
</cp:coreProperties>
</file>