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Tổ chức lưu trữ, tìm kiếm và trao đổi thông tin; Chủ đề 3 – Đạo đức, pháp luật và văn hoá trong môi trường số; Chủ đề 4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Lược sử công cụ tính toán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môi trường số; Thực hành: Khai thác thông tin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Đạo đức và văn hoá trong sử dụng công nghệ kĩ thuật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bảng tính giải quyết bài toán thực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Sắp xếp và lọc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Trực quan hoá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Lược sử công cụ tính toán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sơ lược lịch sử phát triển công cụ tính toán và các thế hệ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những thay đổi trong xã hội nhờ sự phát triển của máy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môi trường số; Thực hành: Khai thác thông tin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thông tin số: đa dạng, lưu trữ lớn, xử lí nhanh, có tính bản quyền và độ tin cậy.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Đạo đức và văn hoá trong sử dụng công nghệ kĩ thuật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vấn đề pháp luật, đạo đức, văn hoá nảy sinh khi sử dụng công nghệ kĩ thuật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hành vi vi phạm bản quyền, sử dụng thông tin trái pháp luật, đạo đức.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bảng tính giải quyết bài toán thực tế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địa chỉ tương đối, địa chỉ tuyệt đối, địa chỉ hỗn hợp.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thay đổi địa chỉ ô khi sao chép công thức.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công thức có địa chỉ tương đối, tuyệt đối để giải quyết bài toán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Sắp xếp và lọc dữ liệu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sắp xếp, lọc dữ liệu trên bảng tính.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sắp xếp, lọc dữ liệu trong quản lí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sắp xếp và lọc dữ liệu theo yêu cầu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Trực quan hoá dữ liệu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dạng biểu đồ thông dụng và mục đích sử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việc lựa chọn dạng biểu đồ phù hợp với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và chỉnh sửa được biểu đồ biểu diễn dữ liệu trên bảng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8</dc:title>
  <dc:subject>Tin học 8 – Kết nối tri thức</dc:subject>
  <dc:creator>SmartTest</dc:creator>
  <cp:keywords>ma trận đề kiểm tra, bản đặc tả, tin học 8, cuối học kì 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