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An toàn điện; Chủ đề 2 – Kĩ thuật điện; Chủ đề 3 – Thiết kế kĩ thuật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An toàn điện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Tai nạn điện; Biện pháp an toàn điện; Sơ cứu người bị tai nạn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Kĩ thuật điện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mạch điện; Cảm biến và mô đun cảm biến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Mạch điện điều khiển sử dụng mô đun cảm biến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Ngành nghề trong lĩnh vực kĩ thuật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kĩ thuật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thiết kế kĩ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bước cơ bản trong thiết kế kĩ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án: Thiết kế hệ thống tưới cây tự động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An toàn điện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Tai nạn điện; Biện pháp an toàn điện; Sơ cứu người bị tai nạn điện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nguyên nhân gây tai nạn điện.</w:t>
            </w:r>
          </w:p>
          <w:p>
            <w:pPr>
              <w:spacing w:after="0"/>
            </w:pPr>
            <w:r>
              <w:rPr>
                <w:sz w:val="18"/>
              </w:rPr>
              <w:t>- Nêu được các biện pháp an toàn điện; kể tên được một số dụng cụ bảo vệ an toàn điện.</w:t>
            </w:r>
          </w:p>
          <w:p>
            <w:pPr>
              <w:spacing w:after="0"/>
            </w:pPr>
            <w:r>
              <w:rPr>
                <w:sz w:val="18"/>
              </w:rPr>
              <w:t>- Nêu được các bước sơ cứu người bị tai nạn điện.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hại của dòng điện đối với cơ thể người.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dụng của các biện pháp, dụng cụ bảo vệ an toàn điện.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cách ngắt nguồn điện, tách nạn nhân ra khỏi nguồn điện an toàn.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tình huống có nguy cơ gây tai nạn điện trong thực tế.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một số dụng cụ bảo vệ an toàn điện (bút thử điện, găng tay cách điện...).</w:t>
            </w:r>
          </w:p>
          <w:p>
            <w:pPr>
              <w:spacing w:after="0"/>
            </w:pPr>
            <w:r>
              <w:rPr>
                <w:sz w:val="18"/>
              </w:rPr>
              <w:t>- Xử lí được tình huống giả định cứu người bị tai nạn điện đúng trình tự.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Kĩ thuật điện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mạch điện; Cảm biến và mô đun cảm biến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trúc chung của mạch điện và chức năng các bộ phận của mạch điện.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loại cảm biến, mô đun cảm biến thông dụng.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sơ đồ mạch điện đơn giản.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mô đun cảm biến phù hợp với yêu cầu điều khiển.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Mạch điện điều khiển sử dụng mô đun cảm biến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 của mạch điện điều khiển sử dụng mô đun cảm biến.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nguyên lí làm việc của mạch điều khiển sử dụng mô đun cảm biến.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Lắp ráp được mạch điện điều khiển đơn giản sử dụng một mô đun cảm biến.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Ngành nghề trong lĩnh vực kĩ thuật điện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cơ bản của một số ngành nghề phổ biến trong lĩnh vực kĩ thuật điện.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yêu cầu về phẩm chất, năng lực của các ngành nghề trong lĩnh vực kĩ thuật điện.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kĩ thuật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thiết kế kĩ thuật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mục đích, vai trò của thiết kế kĩ thuật; kể tên được một số ngành nghề liên quan.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của một số ngành nghề liên quan đến thiết kế kĩ thuật.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bước cơ bản trong thiết kế kĩ thuật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các bước cơ bản trong thiết kế kĩ thuật.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nội dung từng bước trong thiết kế kĩ thuật.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 bước thiết kế kĩ thuật để thiết kế một sản phẩm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án: Thiết kế hệ thống tưới cây tự động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yêu cầu của hệ thống tưới cây tự động.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Thiết kế được hệ thống tưới cây tự động đơn giản theo các bước thiết kế kĩ thuật.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smarttest.vn/vi/ma-tran-de-kiem-tra/lop-8/cong-nghe/cuoi-ki-2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cong-nghe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Công nghệ 8</dc:title>
  <dc:subject>Công nghệ 8 – Kết nối tri thức</dc:subject>
  <dc:creator>SmartTest</dc:creator>
  <cp:keywords>ma trận đề kiểm tra, bản đặc tả, công nghệ 8, cuối học kì ii</cp:keywords>
  <dc:description/>
  <cp:lastModifiedBy>SmartTest</cp:lastModifiedBy>
  <cp:revision>1</cp:revision>
  <dcterms:created xsi:type="dcterms:W3CDTF">2026-10-30T05:28:07Z</dcterms:created>
  <dcterms:modified xsi:type="dcterms:W3CDTF">2026-10-30T05:28:07Z</dcterms:modified>
  <cp:category/>
</cp:coreProperties>
</file>