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tế; Chủ đề 3 – Giáo dục pháp luật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định mục tiêu cá nhân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chi tiêu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 ngừa tai nạn vũ khí, cháy, nổ và các chất độc hại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lao động của công dân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định mục tiêu cá nhân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thế nào là mục tiêu cá nhân và các loại mục tiêu cá nhân.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xác định mục tiêu cá nhân; nêu được cách xác định mục tiêu và lập kế hoạch thực hiện mục tiêu.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mục tiêu cá nhân và lập được kế hoạch thực hiện mục tiêu của bản thân trong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Phòng, chống bạo lực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hành vi bạo lực gia đình; quy định cơ bản của pháp luật về phòng, chống bạo lực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hại của hành vi bạo lực gia đình đối với cá nhân, gia đình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Biết cách phòng, chống bạo lực gia đình trong tình huống cụ thể; phê phán, đấu tranh với hành vi bạo lực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chi tiêu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lập kế hoạch chi tiêu.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cách lập kế hoạch chi tiêu.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chi tiêu hợp lí; rèn luyện thói quen chi tiêu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 ngừa tai nạn vũ khí, cháy, nổ và các chất độc hại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các loại tai nạn vũ khí, cháy, nổ và chất độc hại; nêu được quy định cơ bản của pháp luật về phòng ngừa các tai nạn này.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nhân, hậu quả của tai nạn vũ khí, cháy, nổ và chất độc hại; trách nhiệm của công dân trong phòng ngừa.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phòng ngừa tai nạn vũ khí, cháy, nổ và chất độc hại; nhắc nhở, tuyên truyền người thân, bạn bè chấp hành quy định.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lao động của công dân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 của lao động; một số quy định cơ bản của pháp luật về quyền, nghĩa vụ lao động của công dân và lao động chưa thành niên.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quyền và nghĩa vụ cơ bản của các bên tham gia hợp đồng lao động; đánh giá được hành vi thực hiện hoặc vi phạm quyền, nghĩa vụ lao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hợp đồng lao động có nội dung đơn giản giữa người sử dụng lao động và người lao động; tích cực tham gia lao động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smarttest.vn/vi/ma-tran-de-kiem-tra/lop-8/gdcd/cuoi-ki-2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gdcd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Giáo dục công dân 8</dc:title>
  <dc:subject>Giáo dục công dân 8 – Kết nối tri thức</dc:subject>
  <dc:creator>SmartTest</dc:creator>
  <cp:keywords>ma trận đề kiểm tra, bản đặc tả, giáo dục công dân 8, cuối học kì ii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