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Châu Âu và nước Mỹ từ cuối thế kỉ XVIII đến đầu thế kỉ XX; Chủ đề 2 – Lịch sử: Sự phát triển của khoa học, kĩ thuật, văn học, nghệ thuật trong các thế kỉ XVIII – XIX; Chủ đề 3 – Lịch sử: Châu Á từ nửa sau thế kỉ XIX đến đầu thế kỉ XX; Chủ đề 4 – Lịch sử: Việt Nam từ thế kỉ XIX đến đầu thế kỉ XX; Chủ đề 5 – Địa lí: Thổ nhưỡng và sinh vật Việt Nam; Chủ đề 6 – Địa lí: Biển đảo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nước Mỹ từ cuối thế kỉ XVIII đến đầu thế kỉ XX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chủ nghĩa đế quốc ở các nước Âu – Mỹ (cuối thế kỉ XIX – đầu thế kỉ XX); Phong trào công nhân từ cuối thế kỉ XVIII đến đầu thế kỉ XX và sự ra đời của chủ nghĩa xã hội khoa học; Chiến tranh thế giới thứ nhất (1914 – 1918) và Cách mạng tháng Mười Nga năm 1917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Sự phát triển của khoa học, kĩ thuật, văn học, nghệ thuật trong các thế kỉ XVIII – XIX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phát triển của khoa học, kĩ thuật, văn học, nghệ thuật trong các thế kỉ XVIII – XIX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Á từ nửa sau thế kỉ XIX đến đầu thế kỉ XX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và Nhật Bản từ nửa sau thế kỉ XIX đến đầu thế kỉ XX; Ấn Độ và Đông Nam Á từ nửa sau thế kỉ XIX đến đầu thế kỉ XX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thế kỉ XIX đến đầu thế kỉ XX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dưới thời Nguyễn (nửa đầu thế kỉ XIX)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thực dân Pháp xâm lược từ năm 1858 đến năm 1884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chống Pháp trong những năm 1885 – 1896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yêu nước chống Pháp ở Việt Nam từ đầu thế kỉ XX đến năm 1917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Thổ nhưỡng và sinh vật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Thổ nhưỡng Việt Nam; Sinh vật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Biển đảo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Phạm vi Biển Đông. Vùng biển đảo và đặc điểm tự nhiên vùng biển đảo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tài nguyên biển đảo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nước Mỹ từ cuối thế kỉ XVIII đến đầu thế kỉ XX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chủ nghĩa đế quốc ở các nước Âu – Mỹ (cuối thế kỉ XIX – đầu thế kỉ XX); Phong trào công nhân từ cuối thế kỉ XVIII đến đầu thế kỉ XX và sự ra đời của chủ nghĩa xã hội khoa học; Chiến tranh thế giới thứ nhất (1914 – 1918) và Cách mạng tháng Mười Nga năm 1917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chuyển biến lớn về kinh tế, chính sách đối nội, đối ngoại của các đế quốc Anh, Pháp, Đức, Mỹ.</w:t>
            </w:r>
          </w:p>
          <w:p>
            <w:pPr>
              <w:spacing w:after="0"/>
            </w:pPr>
            <w:r>
              <w:rPr>
                <w:sz w:val="18"/>
              </w:rPr>
              <w:t>- Nêu được sự ra đời của giai cấp công nhân; một số hoạt động chính của C. Mác, Ph. Ăng-ghen.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và diễn biến chính của Chiến tranh thế giới thứ nhất.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hình thành chủ nghĩa đế quốc cuối thế kỉ XIX – đầu thế kỉ XX.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nét chính về phong trào công nhân, Công xã Pa-ri và sự ra đời của chủ nghĩa xã hội khoa học.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kết cục của Chiến tranh thế giới thứ nhất và những nét chính của Cách mạng tháng Mười Nga năm 1917.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Sự phát triển của khoa học, kĩ thuật, văn học, nghệ thuật trong các thế kỉ XVIII – XIX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phát triển của khoa học, kĩ thuật, văn học, nghệ thuật trong các thế kỉ XVIII – XIX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động của sự phát triển khoa học, kĩ thuật, văn học, nghệ thuật đối với xã hội.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Á từ nửa sau thế kỉ XIX đến đầu thế kỉ XX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Trung Quốc và Nhật Bản từ nửa sau thế kỉ XIX đến đầu thế kỉ XX; Ấn Độ và Đông Nam Á từ nửa sau thế kỉ XIX đến đầu thế kỉ XX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xâm lược Trung Quốc của các nước đế quốc; nội dung chính của cuộc Duy tân Minh Trị.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phong trào giải phóng dân tộc ở Ấn Độ cuối thế kỉ XIX – đầu thế kỉ XX.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khác biệt trong con đường phát triển của Trung Quốc và Nhật Bản cuối thế kỉ XIX – đầu thế kỉ XX.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đặc điểm của phong trào giải phóng dân tộc ở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thế kỉ XIX đến đầu thế kỉ XX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Việt Nam dưới thời Nguyễn (nửa đầu thế kỉ XIX)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thành lập nhà Nguyễn; quá trình thực thi chủ quyền đối với quần đảo Hoàng Sa, Trường Sa của các vua Nguyễn.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chính sách đối nội, đối ngoại của nhà Nguyễn nửa đầu thế kỉ XIX.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Cuộc kháng chiến chống thực dân Pháp xâm lược từ năm 1858 đến năm 1884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thất bại của cuộc kháng chiến; nêu được nội dung chính của các đề nghị cải cách nửa sau thế kỉ XIX.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trách nhiệm của triều Nguyễn trong việc để mất nước.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chống Pháp trong những năm 1885 – 1896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bùng nổ phong trào Cần vương; các cuộc khởi nghĩa tiêu biểu (Ba Đình, Bãi Sậy, Hương Khê) và khởi nghĩa Yên Thế.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một số nhân vật tiêu biểu: Tôn Thất Thuyết, Phan Đình Phùng, Hoàng Hoa Thám.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yêu nước chống Pháp ở Việt Nam từ đầu thế kỉ XX đến năm 1917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hoạt động yêu nước của Phan Bội Châu, Phan Châu Trinh và bước đầu hoạt động cứu nước của Nguyễn Tất Thành.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chuyển biến về kinh tế, xã hội Việt Nam dưới tác động của cuộc khai thác thuộc địa lần thứ nhất.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Thổ nhưỡng và sinh vật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Thổ nhưỡng Việt Nam; Sinh vật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phân bố của ba nhóm đất chính ở Việt Nam.</w:t>
            </w:r>
          </w:p>
          <w:p>
            <w:pPr>
              <w:spacing w:after="0"/>
            </w:pPr>
            <w:r>
              <w:rPr>
                <w:sz w:val="18"/>
              </w:rPr>
              <w:t>- Nêu được sự đa dạng của sinh vật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và giá trị sử dụng của đất feralit, đất phù sa trong sản xuất nông, lâm nghiệp.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sự đa dạng của sinh vật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Biển đảo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Phạm vi Biển Đông. Vùng biển đảo và đặc điểm tự nhiên vùng biển đảo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phạm vi Biển Đông, các nước và vùng lãnh thổ có chung Biển Đông với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vùng biển của Việt Nam theo Luật Biển Việt Nam năm 2012.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Môi trường và tài nguyên biển đảo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môi trường biển đảo và các tài nguyên biển đảo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vấn đề về bảo vệ môi trường biển đảo.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smarttest.vn/vi/ma-tran-de-kiem-tra/lop-8/lich-su-dia-li/cuoi-ki-2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lich-su-dia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Lịch sử và Địa lí 8</dc:title>
  <dc:subject>Lịch sử và Địa lí 8 – Kết nối tri thức</dc:subject>
  <dc:creator>SmartTest</dc:creator>
  <cp:keywords>ma trận đề kiểm tra, bản đặc tả, lịch sử và địa lí 8, cuối học kì ii</cp:keywords>
  <dc:description/>
  <cp:lastModifiedBy>SmartTest</cp:lastModifiedBy>
  <cp:revision>1</cp:revision>
  <dcterms:created xsi:type="dcterms:W3CDTF">2026-10-30T05:28:05Z</dcterms:created>
  <dcterms:modified xsi:type="dcterms:W3CDTF">2026-10-30T05:28:05Z</dcterms:modified>
  <cp:category/>
</cp:coreProperties>
</file>