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Phân thức đại số; Chủ đề 2 – Phương trình bậc nhất và hàm số bậc nhất; Chủ đề 3 – Mở đầu về tính xác suất của biến cố; Chủ đề 4 – Tam giác đồng dạng; Chủ đề 5 – Một số hình khối trong thực tiễn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thức đại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thức đại số; Tính chất cơ bản của phân thức đại số; Phép cộng và phép trừ phân thức đại số; Phép nhân và phép chia phân thức đại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bậc nhất và hàm số bậc nhất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bậc nhất một ẩn; Giải bài toán bằng cách lập phương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hàm số và đồ thị của hàm số; Hàm số bậc nhất và đồ thị của hàm số bậc nhất; Hệ số góc của đường thẳng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 về tính xác suất của biến cố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Kết quả có thể và kết quả thuận lợi; Cách tính xác suất của biến cố bằng tỉ số; Mối liên hệ giữa xác suất thực nghiệm với xác suất và ứng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Tam giác đồng dạng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tam giác đồng dạng; Ba trường hợp đồng dạng của hai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lí Pythagore và ứng dụng; Các trường hợp đồng dạng của hai tam giác vuông; Hình đồng dạng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khối trong thực tiễn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chóp tam giác đều; Hình chóp tứ giác đều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Phân thức đại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Phân thức đại số; Tính chất cơ bản của phân thức đại số; Phép cộng và phép trừ phân thức đại số; Phép nhân và phép chia phân thức đại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phân thức đại số, điều kiện xác định, hai phân thức bằng nhau; tính chất cơ bản của phân thức đại số.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nhân, chia phân thức đại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cơ bản của phân thức để rút gọn biểu thức, giải bài toán liên quan.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về phân thức để rút gọn biểu thức, giải quyết bài toán thực tiễn (năng suất, chuyển động…).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trình bậc nhất và hàm số bậc nhất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bậc nhất một ẩn; Giải bài toán bằng cách lập phương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bậc nhất một ẩn và nghiệm của nó.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bằng cách lập phương trình bậc nhất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hàm số và đồ thị của hàm số; Hàm số bậc nhất và đồ thị của hàm số bậc nhất; Hệ số góc của đường thẳng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khái niệm hàm số, toạ độ của một điểm, đồ thị hàm số; hàm số bậc nhất y = ax + b (a ≠ 0); hệ số góc của đường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Vẽ được đồ thị hàm số bậc nhất; xác định được vị trí tương đối của hai đường thẳng dựa vào hệ số góc.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 về tính xác suất của biến cố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Kết quả có thể và kết quả thuận lợi; Cách tính xác suất của biến cố bằng tỉ số; Mối liên hệ giữa xác suất thực nghiệm với xác suất và ứng dụng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kết quả có thể, kết quả thuận lợi cho một biến cố; mối liên hệ giữa xác suất thực nghiệm và xác suất.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xác suất của biến cố bằng tỉ số giữa số kết quả thuận lợi và số kết quả có thể (các kết quả đồng khả năng).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xác suất thực nghiệm để ước lượng xác suất, dự đoán số lần xảy ra biến cố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Tam giác đồng dạng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tam giác đồng dạng; Ba trường hợp đồng dạng của hai tam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hai tam giác đồng dạng, tỉ số đồng dạng; các trường hợp đồng dạng của hai tam giác.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hai tam giác đồng dạng theo các trường hợp; tính được độ dài cạnh, tỉ số đồng dạng.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hệ thức về cạnh nhờ tam giác đồng dạng; giải quyết bài toán thực tiễn (đo gián tiếp chiều cao, khoảng cách).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lí Pythagore và ứng dụng; Các trường hợp đồng dạng của hai tam giác vuông; Hình đồng dạng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định lí Pythagore và định lí Pythagore đảo; các trường hợp đồng dạng của hai tam giác vuông; hình đồng dạng.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độ dài cạnh của tam giác vuông bằng định lí Pythagore; giải thích được hai tam giác vuông đồng dạng.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định lí Pythagore, tam giác vuông đồng dạng để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khối trong thực tiễn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chóp tam giác đều; Hình chóp tứ giác đều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đỉnh, mặt đáy, mặt bên, cạnh bên, trung đoạn của hình chóp tam giác đều, hình chóp tứ giác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diện tích xung quanh, thể tích của hình chóp tam giác đều, hình chóp tứ giác đều.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hình chóp đều (mái nhà, kim tự tháp, lều trại…).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8</dc:title>
  <dc:subject>Toán 8 – Kết nối tri thức</dc:subject>
  <dc:creator>SmartTest</dc:creator>
  <cp:keywords>ma trận đề kiểm tra, bản đặc tả, toán 8, cuối học kì ii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