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Vẽ kĩ thuật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tiêu chuẩn trình bày bản vẽ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vuông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chi tiết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lắp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tiêu chuẩn trình bày bản vẽ kĩ thuật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tiêu chuẩn trình bày bản vẽ kĩ thuật: khổ giấy, tỉ lệ, nét vẽ, ghi kích thước.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tỉ lệ và các loại nét vẽ trên bản vẽ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kích thước thật của vật thể khi biết tỉ lệ bản vẽ.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vuông góc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hình chiếu; gọi tên được các hình chiếu vuông góc, hướng chiếu và vị trí các hình chiếu.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dạng được các khối đa diện, khối tròn xoay và hình chiếu của chúng.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ghi được kích thước các hình chiếu vuông góc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chi tiết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và công dụng của bản vẽ chi tiết.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chi tiết.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lắp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và công dụng của bản vẽ lắp.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lắp.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lắp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dung, công dụng của bản vẽ nhà; nhận biết được kí hiệu quy ước một số bộ phận của ngôi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trình tự đọc bản vẽ nhà.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nhà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8</dc:title>
  <dc:subject>Công nghệ 8 – Kết nối tri thức</dc:subject>
  <dc:creator>SmartTest</dc:creator>
  <cp:keywords>ma trận đề kiểm tra, bản đặc tả, công nghệ 8, giữa học kì 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