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Châu Âu và Bắc Mỹ từ nửa sau thế kỉ XVI đến thế kỉ XVIII; Chủ đề 2 – Lịch sử: Đông Nam Á từ nửa sau thế kỉ XVI đến giữa thế kỉ XIX; Chủ đề 3 – Địa lí: Vị trí địa lí và phạm vi lãnh thổ, địa hình và khoáng sản Việt Nam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Châu Âu và Bắc Mỹ từ nửa sau thế kỉ XVI đến thế kỉ XVIII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tư sản Anh và Chiến tranh giành độc lập của 13 thuộc địa Anh ở Bắc Mỹ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tư sản Pháp cuối thế kỉ XVIII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công nghiệp (nửa sau thế kỉ XVIII – giữa thế kỉ XIX)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Đông Nam Á từ nửa sau thế kỉ XVI đến giữa thế kỉ XIX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Đông Nam Á từ nửa sau thế kỉ XVI đến giữa thế kỉ XIX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Vị trí địa lí và phạm vi lãnh thổ, địa hình và khoáng sản Việt Nam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 và phạm vi lãnh thổ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Địa hình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Khoáng sản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Châu Âu và Bắc Mỹ từ nửa sau thế kỉ XVI đến thế kỉ XVIII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tư sản Anh và Chiến tranh giành độc lập của 13 thuộc địa Anh ở Bắc Mỹ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nhân, kết quả của Cách mạng tư sản Anh và Chiến tranh giành độc lập của 13 thuộc địa Anh ở Bắc Mỹ.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thế giới địa điểm diễn ra các cuộc cách mạng tư sản này.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tư sản Pháp cuối thế kỉ XVIII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 và những sự kiện chính của Cách mạng tư sản Pháp cuối thế kỉ XVIII.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kết quả, tính chất, ý nghĩa của Cách mạng tư sản Pháp.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vai trò của quần chúng nhân dân trong Cách mạng tư sản Pháp.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công nghiệp (nửa sau thế kỉ XVIII – giữa thế kỉ XIX)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thành tựu cơ bản của cách mạng công nghiệp.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tác động quan trọng của cách mạng công nghiệp đối với sản xuất và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Đông Nam Á từ nửa sau thế kỉ XVI đến giữa thế kỉ XIX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Đông Nam Á từ nửa sau thế kỉ XVI đến giữa thế kỉ XIX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xâm nhập của tư bản phương Tây vào các nước Đông Nam 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tác động của chính sách cai trị thực dân đối với các nước Đông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Vị trí địa lí và phạm vi lãnh thổ, địa hình và khoáng sản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 và phạm vi lãnh thổ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vị trí địa lí và phạm vi lãnh thổ Việt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vị trí và các điểm cực của lãnh thổ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Địa hình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một trong những đặc điểm chủ yếu của địa hình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của các khu vực địa hình: đồi núi, đồng bằng, bờ biển và thềm lục địa.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Khoáng sản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chung của tài nguyên khoáng sản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phân bố các loại khoáng sản chủ yếu.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smarttest.vn/vi/ma-tran-de-kiem-tra/lop-8/lich-su-dia-li/giua-ki-1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lich-su-dia-li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Lịch sử và Địa lí 8</dc:title>
  <dc:subject>Lịch sử và Địa lí 8 – Kết nối tri thức</dc:subject>
  <dc:creator>SmartTest</dc:creator>
  <cp:keywords>ma trận đề kiểm tra, bản đặc tả, lịch sử và địa lí 8, giữa học kì i</cp:keywords>
  <dc:description/>
  <cp:lastModifiedBy>SmartTest</cp:lastModifiedBy>
  <cp:revision>1</cp:revision>
  <dcterms:created xsi:type="dcterms:W3CDTF">2026-10-30T05:28:04Z</dcterms:created>
  <dcterms:modified xsi:type="dcterms:W3CDTF">2026-10-30T05:28:04Z</dcterms:modified>
  <cp:category/>
</cp:coreProperties>
</file>