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TIN HỌC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Máy tính và cộng đồng; Chủ đề 2 – Tổ chức lưu trữ, tìm kiếm và trao đổi thông tin; Chủ đề 3 – Đạo đức, pháp luật và văn hoá trong môi trường số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cộng đồng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Lược sử công cụ tính toán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 chức lưu trữ, tìm kiếm và trao đổi thông tin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Thông tin trong môi trường số; Thực hành: Khai thác thông tin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Đạo đức và văn hoá trong sử dụng công nghệ kĩ thuật số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Máy tính và cộng đồng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Lược sử công cụ tính toán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sơ lược lịch sử phát triển công cụ tính toán và các thế hệ máy tính.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thay đổi về linh kiện điện tử qua các thế hệ máy tính.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Nêu được ví dụ về những thay đổi trong xã hội nhờ sự phát triển của máy tính.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 chức lưu trữ, tìm kiếm và trao đổi thông tin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Thông tin trong môi trường số; Thực hành: Khai thác thông tin số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của thông tin số: đa dạng, lưu trữ lớn, xử lí nhanh, có tính bản quyền và độ tin cậy.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tính đáng tin cậy của thông tin và cách xác định nguồn thông tin đáng tin cậy.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Khai thác được thông tin số và đánh giá được độ tin cậy của thông tin tìm được.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đức, pháp luật và văn hoá trong môi trường số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Đạo đức và văn hoá trong sử dụng công nghệ kĩ thuật số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vấn đề pháp luật, đạo đức, văn hoá nảy sinh khi sử dụng công nghệ kĩ thuật số.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hành vi vi phạm bản quyền, sử dụng thông tin trái pháp luật, đạo đức.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cách ứng xử đúng đắn, tôn trọng bản quyền khi sử dụng sản phẩm số.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smarttest.vn/vi/ma-tran-de-kiem-tra/lop-8/tin-hoc/giua-ki-1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tin-hoc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Tin học 8</dc:title>
  <dc:subject>Tin học 8 – Kết nối tri thức</dc:subject>
  <dc:creator>SmartTest</dc:creator>
  <cp:keywords>ma trận đề kiểm tra, bản đặc tả, tin học 8, giữa học kì i</cp:keywords>
  <dc:description/>
  <cp:lastModifiedBy>SmartTest</cp:lastModifiedBy>
  <cp:revision>1</cp:revision>
  <dcterms:created xsi:type="dcterms:W3CDTF">2026-10-30T05:28:06Z</dcterms:created>
  <dcterms:modified xsi:type="dcterms:W3CDTF">2026-10-30T05:28:06Z</dcterms:modified>
  <cp:category/>
</cp:coreProperties>
</file>