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Đa thức; Chủ đề 2 – Hằng đẳng thức đáng nhớ và ứng dụng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Đa thức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Đơn thức; Đa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đa thức; Phép nhân đa thức; Phép chia đa thức cho đơn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Hằng đẳng thức đáng nhớ và ứng dụng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Hiệu hai bình phương. Bình phương của một tổng hay một hiệu; Lập phương của một tổng. Lập phương của một hiệu; Tổng và hiệu hai lập phương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tích đa thức thành nhân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Đa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Đơn thức; Đa thức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đơn thức, đơn thức thu gọn, đơn thức đồng dạng, bậc của đơn thức; đa thức nhiều biến, bậc của đa thức.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Thu gọn được đơn thức, đa thức; tính được giá trị của đa thức khi biết giá trị của các biến.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đa thức; Phép nhân đa thức; Phép chia đa thức cho đơn thức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 đa thức; chia đơn thức cho đơn thức, chia đa thức cho đơn thức.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phép cộng, trừ, nhân đa thức và phép chia hết một đa thức cho một đơn thức.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đa thức để rút gọn, chứng minh biểu thức, tính diện tích, thể tích trong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Hằng đẳng thức đáng nhớ và ứng dụng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Hiệu hai bình phương. Bình phương của một tổng hay một hiệu; Lập phương của một tổng. Lập phương của một hiệu; Tổng và hiệu hai lập phương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hằng đẳng thức: bình phương của một tổng, một hiệu; hiệu hai bình phương; lập phương của một tổng, một hiệu; tổng và hiệu hai lập phương.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Khai triển được các hằng đẳng thức; viết được biểu thức dưới dạng bình phương, lập phương của một tổng hoặc một hiệu.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hằng đẳng thức để tính nhanh, rút gọn biểu thức, chứng minh đẳng thức.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tích đa thức thành nhân tử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phương pháp phân tích đa thức thành nhân tử: đặt nhân tử chung, dùng hằng đẳng thức, nhóm hạng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đa thức thành nhân tử bằng các phương pháp cơ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phân tích đa thức thành nhân tử để tìm x, tính nhanh giá trị biểu thức,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8</dc:title>
  <dc:subject>Toán 8 – Kết nối tri thức</dc:subject>
  <dc:creator>SmartTest</dc:creator>
  <cp:keywords>ma trận đề kiểm tra, bản đặc tả, toán 8, giữa học kì 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