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An toàn điện; Chủ đề 2 – Kĩ thuật điện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An toàn điện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Tai nạn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Biện pháp an toàn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Sơ cứu người bị tai nạn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Kĩ thuật điện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mạch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Cảm biến và mô đun cảm biến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An toàn điện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Tai nạn điện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nguyên nhân gây tai nạn điện.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hại của dòng điện đối với cơ thể người.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tình huống có nguy cơ gây tai nạn điện trong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Biện pháp an toàn điện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biện pháp an toàn điện; kể tên được một số dụng cụ bảo vệ an toàn điện.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dụng của các biện pháp, dụng cụ bảo vệ an toàn điện.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một số dụng cụ bảo vệ an toàn điện (bút thử điện, găng tay cách điện...).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Sơ cứu người bị tai nạn điện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bước sơ cứu người bị tai nạn điện.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cách ngắt nguồn điện, tách nạn nhân ra khỏi nguồn điện an toàn.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Kĩ thuật điện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mạch điện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trúc chung của mạch điện và chức năng các bộ phận của mạch điện.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mạch điện đơn giản.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sơ đồ mạch điện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Cảm biến và mô đun cảm biến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loại cảm biến, mô đun cảm biến thông dụng.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chức năng, nguyên lí làm việc của mô đun cảm biến.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mô đun cảm biến phù hợp với yêu cầu điều khiển.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smarttest.vn/vi/ma-tran-de-kiem-tra/lop-8/cong-nghe/giua-ki-2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cong-nghe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Công nghệ 8</dc:title>
  <dc:subject>Công nghệ 8 – Kết nối tri thức</dc:subject>
  <dc:creator>SmartTest</dc:creator>
  <cp:keywords>ma trận đề kiểm tra, bản đặc tả, công nghệ 8, giữa học kì ii</cp:keywords>
  <dc:description/>
  <cp:lastModifiedBy>SmartTest</cp:lastModifiedBy>
  <cp:revision>1</cp:revision>
  <dcterms:created xsi:type="dcterms:W3CDTF">2026-10-30T05:28:06Z</dcterms:created>
  <dcterms:modified xsi:type="dcterms:W3CDTF">2026-10-30T05:28:06Z</dcterms:modified>
  <cp:category/>
</cp:coreProperties>
</file>