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kĩ năng sống; Chủ đề 2 – Giáo dục kinh tế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Xác định mục tiêu cá nhân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Phòng, chống bạo lực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Lập kế hoạch chi tiêu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Xác định mục tiêu cá nhân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thế nào là mục tiêu cá nhân và các loại mục tiêu cá nhân.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vì sao phải xác định mục tiêu cá nhân; nêu được cách xác định mục tiêu và lập kế hoạch thực hiện mục tiêu.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mục tiêu cá nhân và lập được kế hoạch thực hiện mục tiêu của bản thân trong học tập.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Phòng, chống bạo lực gia đình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loại hành vi bạo lực gia đình; quy định cơ bản của pháp luật về phòng, chống bạo lực gia đình.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hại của hành vi bạo lực gia đình đối với cá nhân, gia đình và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Biết cách phòng, chống bạo lực gia đình trong tình huống cụ thể; phê phán, đấu tranh với hành vi bạo lực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Lập kế hoạch chi tiêu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 của việc lập kế hoạch chi tiêu.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được cách lập kế hoạch chi tiêu.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được kế hoạch chi tiêu hợp lí; rèn luyện thói quen chi tiêu hợp lí.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smarttest.vn/vi/ma-tran-de-kiem-tra/lop-8/gdcd/giua-ki-2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gdcd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Giáo dục công dân 8</dc:title>
  <dc:subject>Giáo dục công dân 8 – Kết nối tri thức</dc:subject>
  <dc:creator>SmartTest</dc:creator>
  <cp:keywords>ma trận đề kiểm tra, bản đặc tả, giáo dục công dân 8, giữa học kì ii</cp:keywords>
  <dc:description/>
  <cp:lastModifiedBy>SmartTest</cp:lastModifiedBy>
  <cp:revision>1</cp:revision>
  <dcterms:created xsi:type="dcterms:W3CDTF">2026-10-30T05:28:05Z</dcterms:created>
  <dcterms:modified xsi:type="dcterms:W3CDTF">2026-10-30T05:28:05Z</dcterms:modified>
  <cp:category/>
</cp:coreProperties>
</file>