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LỊCH SỬ VÀ ĐỊA LÍ 8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Lịch sử: Châu Âu và nước Mỹ từ cuối thế kỉ XVIII đến đầu thế kỉ XX; Chủ đề 2 – Lịch sử: Sự phát triển của khoa học, kĩ thuật, văn học, nghệ thuật trong các thế kỉ XVIII – XIX; Chủ đề 3 – Địa lí: Thổ nhưỡng và sinh vật Việt Nam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Châu Âu và nước Mỹ từ cuối thế kỉ XVIII đến đầu thế kỉ XX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Sự hình thành chủ nghĩa đế quốc ở các nước Âu – Mỹ (cuối thế kỉ XIX – đầu thế kỉ XX)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Phong trào công nhân từ cuối thế kỉ XVIII đến đầu thế kỉ XX và sự ra đời của chủ nghĩa xã hội khoa học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Chiến tranh thế giới thứ nhất (1914 – 1918) và Cách mạng tháng Mười Nga năm 1917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Sự phát triển của khoa học, kĩ thuật, văn học, nghệ thuật trong các thế kỉ XVIII – XIX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Sự phát triển của khoa học, kĩ thuật, văn học, nghệ thuật trong các thế kỉ XVIII – XIX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lí: Thổ nhưỡng và sinh vật Việt Nam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Thổ nhưỡng Việt Nam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Sinh vật Việt Nam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Châu Âu và nước Mỹ từ cuối thế kỉ XVIII đến đầu thế kỉ XX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Sự hình thành chủ nghĩa đế quốc ở các nước Âu – Mỹ (cuối thế kỉ XIX – đầu thế kỉ XX)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chuyển biến lớn về kinh tế, chính sách đối nội, đối ngoại của các đế quốc Anh, Pháp, Đức, Mỹ.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đặc điểm của chủ nghĩa đế quốc Anh, Pháp, Đức, Mỹ.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Phong trào công nhân từ cuối thế kỉ XVIII đến đầu thế kỉ XX và sự ra đời của chủ nghĩa xã hội khoa học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sự ra đời của giai cấp công nhân; một số hoạt động chính của C. Mác, Ph. Ăng-ghen.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những nét chính về phong trào công nhân, Công xã Pa-ri và sự ra đời của chủ nghĩa xã hội khoa học.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ý nghĩa của sự ra đời chủ nghĩa xã hội khoa học.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Chiến tranh thế giới thứ nhất (1914 – 1918) và Cách mạng tháng Mười Nga năm 1917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nguyên nhân và diễn biến chính của Chiến tranh thế giới thứ nhất.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kết cục của Chiến tranh thế giới thứ nhất và những nét chính của Cách mạng tháng Mười Nga năm 1917.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Sự phát triển của khoa học, kĩ thuật, văn học, nghệ thuật trong các thế kỉ XVIII – XIX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Sự phát triển của khoa học, kĩ thuật, văn học, nghệ thuật trong các thế kỉ XVIII – XIX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thành tựu chủ yếu về khoa học, kĩ thuật, văn học, nghệ thuật trong các thế kỉ XVIII – XIX.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Liên hệ được ứng dụng của các thành tựu khoa học, kĩ thuật trong đời sống hiện nay.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lí: Thổ nhưỡng và sinh vật Việt Nam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Thổ nhưỡng Việt Nam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đặc điểm phân bố của ba nhóm đất chính ở Việt Nam.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đặc điểm và giá trị sử dụng của đất feralit, đất phù sa trong sản xuất nông, lâm nghiệp.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Chứng minh được tính cấp thiết của vấn đề chống thoái hoá đất.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Sinh vật Việt Nam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sự đa dạng của sinh vật ở Việt Nam.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Chứng minh được sự đa dạng của sinh vật Việt Nam.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Nêu được biện pháp bảo tồn đa dạng sinh học ở Việt Nam.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smarttest.vn/vi/ma-tran-de-kiem-tra/lop-8/lich-su-dia-li/giua-ki-2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8/lich-su-dia-li/giua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ii Lịch sử và Địa lí 8</dc:title>
  <dc:subject>Lịch sử và Địa lí 8 – Kết nối tri thức</dc:subject>
  <dc:creator>SmartTest</dc:creator>
  <cp:keywords>ma trận đề kiểm tra, bản đặc tả, lịch sử và địa lí 8, giữa học kì ii</cp:keywords>
  <dc:description/>
  <cp:lastModifiedBy>SmartTest</cp:lastModifiedBy>
  <cp:revision>1</cp:revision>
  <dcterms:created xsi:type="dcterms:W3CDTF">2026-10-30T05:28:05Z</dcterms:created>
  <dcterms:modified xsi:type="dcterms:W3CDTF">2026-10-30T05:28:05Z</dcterms:modified>
  <cp:category/>
</cp:coreProperties>
</file>