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NGỮ VĂN 8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60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tự luận (đọc hiểu và viết)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Đọc hiểu: 4 câu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Viết: 2 câu (6 ý) – 6 điểm (60%)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Chân dung cuộc sống; Chủ đề 2 – Tin yêu và ước vọng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Đọc hiểu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Viết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Chân dung cuộc sống (truyện ngắn); Tin yêu và ước vọng (thơ tự do)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ghi lại cảm nghĩ về một bài thơ tự do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bài văn phân tích một tác phẩm (truyện)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1,0 điểm. Phần II: câu 1 (đoạn văn) 2,0 điểm, câu 2 (bài văn) 4,0 điểm; điểm phần Viết chia theo mức độ, mỗi ý 1,0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Viết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Chân dung cuộc sống (truyện ngắn); Tin yêu và ước vọng (thơ tự do)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ngôi kể, người kể chuyện, chi tiết tiêu biểu, nhân vật, sự việc trong văn bản truyện ngắn.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thể thơ, vần, nhịp, hình ảnh, từ ngữ và biện pháp tu từ trong thơ tự do.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Tóm tắt được nội dung chính; nêu được chủ đề, thông điệp của văn bản.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đặc điểm nhân vật và tác dụng của chi tiết, cách kể chuyện.</w:t>
            </w:r>
          </w:p>
          <w:p>
            <w:pPr>
              <w:spacing w:after="0"/>
            </w:pPr>
            <w:r>
              <w:rPr>
                <w:sz w:val="18"/>
              </w:rPr>
              <w:t>- Hiểu được tình cảm, cảm xúc của chủ thể trữ tình; nêu được chủ đề, thông điệp của bài thơ.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tác dụng của các yếu tố hình thức (thể thơ, hình ảnh, biện pháp tu từ).</w:t>
            </w:r>
          </w:p>
          <w:p>
            <w:pPr>
              <w:spacing w:after="0"/>
            </w:pPr>
            <w:r>
              <w:rPr>
                <w:sz w:val="18"/>
              </w:rPr>
              <w:t>- Nêu được tác dụng của trợ từ; thán từ; biện pháp tu từ trong văn bản.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bài học về cách nghĩ, cách ứng xử gợi ra từ văn bản; liên hệ với trải nghiệm của bản thân.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cảm nhận, suy nghĩ của bản thân về một chi tiết, hình ảnh hoặc thông điệp của bài thơ.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ghi lại cảm nghĩ về một bài thơ tự do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cảm xúc, suy nghĩ hoặc những nét tiêu biểu của đối tượng theo trình tự hợp lí.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Diễn đạt chân thành, sinh động; dùng từ ngữ, biện pháp tu từ phù hợp.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bài văn phân tích một tác phẩm (truyện)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yêu cầu của đề, tác phẩm cần bàn; bảo đảm bố cục bài văn nghị luận.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chủ đề và những nét đặc sắc về nội dung, nghệ thuật, có dẫn chứng từ tác phẩm.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Viết được bài văn mạch lạc, lập luận thuyết phục; nêu được đánh giá, cảm nhận riêng.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smarttest.vn/vi/ma-tran-de-kiem-tra/lop-8/ngu-van/giua-ki-2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8/ngu-van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Ngữ văn 8</dc:title>
  <dc:subject>Ngữ văn 8 – Kết nối tri thức</dc:subject>
  <dc:creator>SmartTest</dc:creator>
  <cp:keywords>ma trận đề kiểm tra, bản đặc tả, ngữ văn 8, giữa học kì ii</cp:keywords>
  <dc:description/>
  <cp:lastModifiedBy>SmartTest</cp:lastModifiedBy>
  <cp:revision>1</cp:revision>
  <dcterms:created xsi:type="dcterms:W3CDTF">2026-10-30T05:28:03Z</dcterms:created>
  <dcterms:modified xsi:type="dcterms:W3CDTF">2026-10-30T05:28:03Z</dcterms:modified>
  <cp:category/>
</cp:coreProperties>
</file>