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Ứng dụng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việc với danh sách dạng liệt kê và hình ảnh trong văn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đầu trang, chân trang cho văn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nâng cao cho trang chiếu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bản mẫu tạo bài trình chiếu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việc với danh sách dạng liệt kê và hình ảnh trong văn bản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lệnh tạo danh sách dạng liệt kê, chèn hình ảnh, hình đồ hoạ trong văn bản.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danh sách liệt kê và hình ảnh trong trình bày văn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đầu trang, chân trang cho văn bản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đầu trang, chân trang và số trang.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đầu trang, chân trang, số trang trong văn bản nhiều trang.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nâng cao cho trang chiếu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lệnh định dạng nâng cao về màu sắc, phông chữ, hình ảnh trên trang chiếu.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Định dạng được trang chiếu với hình ảnh, đối tượng phù hợp nội dung.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bản mẫu tạo bài trình chiếu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lợi ích của bản mẫu.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chọn bản mẫu phù hợp với nội dung trình chiếu.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bài trình chiếu từ bản mẫu và chỉnh sửa theo yêu cầu.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smarttest.vn/vi/ma-tran-de-kiem-tra/lop-8/tin-hoc/giua-ki-2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in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Tin học 8</dc:title>
  <dc:subject>Tin học 8 – Kết nối tri thức</dc:subject>
  <dc:creator>SmartTest</dc:creator>
  <cp:keywords>ma trận đề kiểm tra, bản đặc tả, tin học 8, giữa học kì ii</cp:keywords>
  <dc:description/>
  <cp:lastModifiedBy>SmartTest</cp:lastModifiedBy>
  <cp:revision>1</cp:revision>
  <dcterms:created xsi:type="dcterms:W3CDTF">2026-10-30T05:28:06Z</dcterms:created>
  <dcterms:modified xsi:type="dcterms:W3CDTF">2026-10-30T05:28:06Z</dcterms:modified>
  <cp:category/>
</cp:coreProperties>
</file>