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Phân thức đại số; Chủ đề 2 – Phương trình bậc nhất và hàm số bậc nhất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thức đại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thức đại số; Tính chất cơ bản của phân thức đại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phân thức đại số; Phép nhân và phép chia phân thức đại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bậc nhất và hàm số bậc nhất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nhất một ẩn; Giải bài toán bằng cách lập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hàm số và đồ thị của hàm số; Hàm số bậc nhất và đồ thị của hàm số bậc nhất; Hệ số góc của đường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thức đại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thức đại số; Tính chất cơ bản của phân thức đại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phân thức đại số, điều kiện xác định, hai phân thức bằng nhau; tính chất cơ bản của phân thức đại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cơ bản của phân thức để rút gọn biểu thức, giải bài toán liên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phân thức đại số; Phép nhân và phép chia phân thức đại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nhân, chia phân thức đại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cộng, trừ, nhân, chia phân thức đại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về phân thức để rút gọn biểu thức, giải quyết bài toán thực tiễn (năng suất, chuyển động…).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bậc nhất và hàm số bậc nhất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nhất một ẩn; Giải bài toán bằng cách lập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nhất một ẩn và nghiệm của nó.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bậc nhất một ẩn và phương trình đưa được về dạng ax + b = 0.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phương trình bậc nhất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hàm số và đồ thị của hàm số; Hàm số bậc nhất và đồ thị của hàm số bậc nhất; Hệ số góc của đường thẳng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khái niệm hàm số, toạ độ của một điểm, đồ thị hàm số; hàm số bậc nhất y = ax + b (a ≠ 0); hệ số góc của đường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Vẽ được đồ thị hàm số bậc nhất; xác định được vị trí tương đối của hai đường thẳng dựa vào hệ số góc.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hàm số bậc nhất và đồ thị để giải quyết bài toán thực tiễn (cước phí, chuyển động đều…).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8</dc:title>
  <dc:subject>Toán 8 – Kết nối tri thức</dc:subject>
  <dc:creator>SmartTest</dc:creator>
  <cp:keywords>ma trận đề kiểm tra, bản đặc tả, toán 8, giữa học kì ii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