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Định hướng nghề nghiệp; Chủ đề 2 – Lắp đặt mạng điện trong nhà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Định hướng nghề nghiệp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Nghề nghiệp trong lĩnh vực kĩ thuật và công nghệ; Cơ cấu hệ thống giáo dục quốc dân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Thị trường lao động kĩ thuật, công nghệ tại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trình lựa chọn nghề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 án: Tự đánh giá mức độ phù hợp của bản thân với một số ngành nghề thuộc lĩnh vực kĩ thuật, công nghệ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Lắp đặt mạng điện trong nhà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Thiết bị đóng cắt và lấy điện trong gia đình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Dụng cụ đo điện cơ bản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Định hướng nghề nghiệp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Nghề nghiệp trong lĩnh vực kĩ thuật và công nghệ; Cơ cấu hệ thống giáo dục quốc dân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 nghề nghiệp, tầm quan trọng của nghề nghiệp đối với con người và xã hội.</w:t>
            </w:r>
          </w:p>
          <w:p>
            <w:pPr>
              <w:spacing w:after="0"/>
            </w:pPr>
            <w:r>
              <w:rPr>
                <w:sz w:val="18"/>
              </w:rPr>
              <w:t>- Mô tả được cơ cấu hệ thống giáo dục quốc dân.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việc lựa chọn đúng đắn nghề nghiệp; đặc điểm, yêu cầu của một số ngành nghề kĩ thuật, công nghệ.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những thời điểm có sự phân luồng và cơ hội lựa chọn nghề nghiệp trong hệ thống giáo dục.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Thị trường lao động kĩ thuật, công nghệ tại Việt Nam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khái niệm thị trường lao động và các yếu tố ảnh hưởng tới thị trường lao động.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Tìm kiếm, khai thác được thông tin về thị trường lao động trong lĩnh vực kĩ thuật, công nghệ.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 trình lựa chọn nghề nghiệp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lí thuyết cơ bản về lựa chọn nghề nghiệp và các yếu tố ảnh hưởng tới quyết định lựa chọn nghề nghiệp.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quy trình lựa chọn nghề nghiệp.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quy trình để đưa ra quyết định lựa chọn nghề nghiệp phù hợp với bản thân.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 án: Tự đánh giá mức độ phù hợp của bản thân với một số ngành nghề thuộc lĩnh vực kĩ thuật, công nghệ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tiêu chí đánh giá sự phù hợp của bản thân với ngành nghề.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Tự đánh giá được mức độ phù hợp của bản thân với một số ngành nghề thuộc lĩnh vực kĩ thuật, công nghệ.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Lắp đặt mạng điện trong nhà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Thiết bị đóng cắt và lấy điện trong gia đình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 được một số thiết bị đóng cắt, lấy điện trong gia đình: cầu dao, aptomat, công tắc, ổ cắm, phích cắm.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chức năng, thông số kĩ thuật của các thiết bị đóng cắt và lấy điện.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thiết bị đóng cắt, lấy điện phù hợp với yêu cầu sử dụng.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Dụng cụ đo điện cơ bản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Kể tên, nêu được công dụng của một số dụng cụ đo điện cơ bản: đồng hồ vạn năng, ampe kìm.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cách sử dụng dụng cụ đo điện an toàn, đúng kĩ thuật.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đồng hồ vạn năng, ampe kìm để đo một số đại lượng điện cơ bản.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smarttest.vn/vi/ma-tran-de-kiem-tra/lop-9/cong-nghe/cuoi-ki-1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cong-nghe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Công nghệ 9</dc:title>
  <dc:subject>Công nghệ 9 – Kết nối tri thức</dc:subject>
  <dc:creator>SmartTest</dc:creator>
  <cp:keywords>ma trận đề kiểm tra, bản đặc tả, công nghệ 9, cuối học kì i</cp:keywords>
  <dc:description/>
  <cp:lastModifiedBy>SmartTest</cp:lastModifiedBy>
  <cp:revision>1</cp:revision>
  <dcterms:created xsi:type="dcterms:W3CDTF">2026-10-30T05:28:10Z</dcterms:created>
  <dcterms:modified xsi:type="dcterms:W3CDTF">2026-10-30T05:28:10Z</dcterms:modified>
  <cp:category/>
</cp:coreProperties>
</file>