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GDCD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lựa chọn: 28 câu – 7 điểm (70%)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Giáo dục đạo đức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Trắc nghiệm nhiều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đạo đức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Sống có lí tưởng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Khoan dung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Tích cực tham gia các hoạt động cộng đồng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Khách quan và công bằng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Bảo vệ hoà bình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31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Giáo dục đạo đức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Sống có lí tưởng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sống có lí tưởng và lí tưởng sống của thanh niên Việt Nam.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việc sống có lí tưởng.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lí tưởng sống của bản thân và thực hiện được những việc làm thể hiện sống có lí tưởng; phê phán biểu hiện sống không có lí tưởng.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Khoan dung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biểu hiện của khoan dung.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giá trị của khoan dung.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lời nói, việc làm thể hiện sự khoan dung; phê phán biểu hiện thiếu khoan dung.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Tích cực tham gia các hoạt động cộng đồng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hoạt động cộng đồng và một số hoạt động cộng đồng.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cần thiết phải tham gia các hoạt động cộng đồng; đánh giá được sự tham gia hoạt động cộng đồng của bản thân và người khác.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Tích cực, tự giác tham gia các hoạt động cộng đồng do lớp, trường, địa phương tổ chức; phê phán biểu hiện thờ ơ, ích kỉ.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Khách quan và công bằng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và biểu hiện của khách quan, công bằng.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ý nghĩa của khách quan, công bằng; phê phán biểu hiện thiếu khách quan, công bằng.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Thể hiện được sự khách quan, công bằng trong cuộc sống hằng ngày.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Bảo vệ hoà bình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hoà bình và biểu hiện của bảo vệ hoà bình.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vì sao phải bảo vệ hoà bình; phân biệt được chiến tranh chính nghĩa và chiến tranh phi nghĩa.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Tích cực tham gia các hoạt động bảo vệ hoà bình phù hợp với lứa tuổi; phê phán hành vi gây chiến tranh, khủng bố, phá hoại hoà bình.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smarttest.vn/vi/ma-tran-de-kiem-tra/lop-9/gdcd/cuoi-ki-1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gdcd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Giáo dục công dân 9</dc:title>
  <dc:subject>Giáo dục công dân 9 – Kết nối tri thức</dc:subject>
  <dc:creator>SmartTest</dc:creator>
  <cp:keywords>ma trận đề kiểm tra, bản đặc tả, giáo dục công dân 9, cuối học kì i</cp:keywords>
  <dc:description/>
  <cp:lastModifiedBy>SmartTest</cp:lastModifiedBy>
  <cp:revision>1</cp:revision>
  <dcterms:created xsi:type="dcterms:W3CDTF">2026-10-30T05:28:09Z</dcterms:created>
  <dcterms:modified xsi:type="dcterms:W3CDTF">2026-10-30T05:28:09Z</dcterms:modified>
  <cp:category/>
</cp:coreProperties>
</file>