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Local community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City life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Healthy living for teens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Remembering the past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Our experiences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Vietnamese lifestyle: then and now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/æ/, /ɑː/, /e/; /aʊ/, /əʊ/, /eə/; /h/ – /r/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/m/ – /l/; /j/ – /w/; /fl/ – /fr/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Local community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người phục vụ cộng đồng; nghề thủ công truyền thống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để hỏi + to V và cụm động từ (1)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"Local community"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từ để hỏi + to V và cụm động từ (1)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từ để hỏi + to V và cụm động từ (1) cùng từ vựng chủ điểm "Local community"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City life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ở thành phố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kép và cụm động từ (2)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"City life"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kép và cụm động từ (2)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kép và cụm động từ (2) cùng từ vựng chủ điểm "City life"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Healthy living for teens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và việc học của học sinh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động từ khuyết thiếu trong câu điều kiện loại 1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"Healthy living for teens"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động từ khuyết thiếu trong câu điều kiện loại 1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động từ khuyết thiếu trong câu điều kiện loại 1 cùng từ vựng chủ điểm "Healthy living for teens"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Remembering the past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ngày xưa; gìn giữ giá trị truyền thống (Unit 4).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tiếp diễn và câu ước wish + quá khứ đơn (Unit 4).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"Remembering the past" trong ngữ cảnh (Unit 4).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tiếp diễn và câu ước wish + quá khứ đơn trong ngữ cảnh (Unit 4).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tiếp diễn và câu ước wish + quá khứ đơn cùng từ vựng chủ điểm "Remembering the past" để hoàn thành câu, viết lại câu (Unit 4).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Our experiences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trải nghiệm; tính từ miêu tả trải nghiệm (Unit 5).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hoàn thành (Unit 5).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"Our experiences" trong ngữ cảnh (Unit 5).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hoàn thành trong ngữ cảnh (Unit 5).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hoàn thành cùng từ vựng chủ điểm "Our experiences" để hoàn thành câu, viết lại câu (Unit 5).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Vietnamese lifestyle: then and now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những thay đổi trong lối sống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động từ + to V và động từ + V-ing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"Vietnamese lifestyle: then and now"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động từ + to V và động từ + V-ing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động từ + to V và động từ + V-ing cùng từ vựng chủ điểm "Vietnamese lifestyle: then and now"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/æ/, /ɑː/, /e/; /aʊ/, /əʊ/, /eə/; /h/ – /r/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nguyên âm /æ/, /ɑː/, /e/; nguyên âm đôi /aʊ/, /əʊ/, /eə/; âm /h/ và /r/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cộng đồng địa phương; cuộc sống thành phố; lối sống lành mạnh của tuổi thiếu niên.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cộng đồng địa phương; cuộc sống thành phố; lối sống lành mạnh của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cộng đồng địa phương; cuộc sống thành phố; lối sống lành mạnh của tuổi thiếu niên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cộng đồng địa phương; cuộc sống thành phố; lối sống lành mạnh của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cộng đồng địa phương; cuộc sống thành phố; lối sống lành mạnh của tuổi thiếu niên.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từ để hỏi + to V; so sánh kép; động từ khuyết thiếu trong câu điều kiện loại 1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cộng đồng địa phương; cuộc sống thành phố; lối sống lành mạnh của tuổi thiếu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/m/ – /l/; /j/ – /w/; /fl/ – /fr/ (Units 4–6)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/m/ và /l/; âm /j/ và /w/; cụm phụ âm /fl/ và /fr/ (Units 4–6).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nhớ về quá khứ; trải nghiệm; lối sống Việt Nam xưa và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nhớ về quá khứ; trải nghiệm; lối sống Việt Nam xưa và nay (Units 4–6).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nhớ về quá khứ; trải nghiệm; lối sống Việt Nam xưa và nay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nhớ về quá khứ; trải nghiệm; lối sống Việt Nam xưa và nay.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4–6.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quá khứ tiếp diễn; thì hiện tại hoàn thành; động từ + to V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4–6.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nhớ về quá khứ; trải nghiệm; lối sống Việt Nam xưa và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smarttest.vn/vi/ma-tran-de-kiem-tra/lop-9/tieng-anh/cuoi-ki-1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eng-anh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Tiếng Anh 9</dc:title>
  <dc:subject>Tiếng Anh 9 – Kết nối tri thức</dc:subject>
  <dc:creator>SmartTest</dc:creator>
  <cp:keywords>ma trận đề kiểm tra, bản đặc tả, tiếng anh 9, cuối học kì i</cp:keywords>
  <dc:description/>
  <cp:lastModifiedBy>SmartTest</cp:lastModifiedBy>
  <cp:revision>1</cp:revision>
  <dcterms:created xsi:type="dcterms:W3CDTF">2026-10-30T05:28:08Z</dcterms:created>
  <dcterms:modified xsi:type="dcterms:W3CDTF">2026-10-30T05:28:08Z</dcterms:modified>
  <cp:category/>
</cp:coreProperties>
</file>