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Tổ chức lưu trữ, tìm kiếm và trao đổi thông tin; Chủ đề 3 – Đạo đức, pháp luật và văn hoá trong môi trường số; Chủ đề 4 – Ứng dụng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giới kĩ thuật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giải quyết vấn đề; Thực hành: Đánh giá chất lượng thông tin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pháp lí về sử dụng dịch vụ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Tìm hiểu phần mềm mô phỏng; Thực hành: Khai thác phần mềm mô phỏng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Trình bày thông tin trong trao đổi và hợp tác; Thực hành: Sử dụng công cụ trực quan trình bày thông tin trong trao đổi và hợp tác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giới kĩ thuật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khả năng của máy tính và thiết bị có gắn bộ xử lí thông tin trong đời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việc sử dụng thiết bị số hợp lí trong học tập,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giải quyết vấn đề; Thực hành: Đánh giá chất lượng thông tin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thông tin trong giải quyết vấn đề.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chất lượng thông tin dùng để giải quyết một vấn đề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pháp lí về sử dụng dịch vụ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nội dung pháp luật liên quan đến sử dụng dịch vụ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khía cạnh pháp lí, đạo đức, văn hoá của việc tạo và phát tán thông tin.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hành vi vi phạm và đề xuất được cách ứng xử phù hợp khi sử dụng Internet.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Tìm hiểu phần mềm mô phỏng; Thực hành: Khai thác phần mềm mô phỏng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phần mềm mô phỏng và lợi ích của mô phỏng.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kiến thức có được từ việc khai thác phần mềm mô phỏng.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Khai thác được phần mềm mô phỏng để tìm hiểu một hiện tượng, kiến thức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Trình bày thông tin trong trao đổi và hợp tác; Thực hành: Sử dụng công cụ trực quan trình bày thông tin trong trao đổi và hợp tác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dạng trình bày thông tin trực quan: sơ đồ, biểu đồ, hình ảnh, video.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việc dùng công cụ trực quan trình bày thông tin trong trao đổi, hợp tác.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công cụ trực quan để trình bày thông tin khi trao đổi, hợp tác.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smarttest.vn/vi/ma-tran-de-kiem-tra/lop-9/tin-hoc/cuoi-ki-1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in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Tin học 9</dc:title>
  <dc:subject>Tin học 9 – Kết nối tri thức</dc:subject>
  <dc:creator>SmartTest</dc:creator>
  <cp:keywords>ma trận đề kiểm tra, bản đặc tả, tin học 9, cuối học kì 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