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Phương trình và hệ hai phương trình bậc nhất hai ẩn; Chủ đề 2 – Phương trình và bất phương trình bậc nhất một ẩn; Chủ đề 3 – Căn bậc hai và căn bậc ba; Chủ đề 4 – Hệ thức lượng trong tam giác vuông; Chủ đề 5 – Đường tròn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Phương trình và hệ hai phương trình bậc nhất hai ẩn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 phương trình và hệ hai phương trình bậc nhất hai ẩn; Giải hệ hai phương trình bậc nhất hai ẩn; Giải bài toán bằng cách lập hệ phương trình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Phương trình và bất phương trình bậc nhất một ẩn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quy về phương trình bậc nhất một ẩn; Bất đẳng thức và tính chất; Bất phương trình bậc nhất một ẩn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Căn bậc hai và căn bậc ba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Căn bậc hai và căn thức bậc hai; Khai căn bậc hai với phép nhân và phép chia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Biến đổi đơn giản và rút gọn biểu thức chứa căn thức bậc hai; Căn bậc ba và căn thức bậc ba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Hệ thức lượng trong tam giác vuông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Tỉ số lượng giác của góc nhọn; Một số hệ thức giữa cạnh, góc trong tam giác vuông và ứng dụng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Đường tròn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Mở đầu về đường tròn; Cung và dây của một đường tròn; Độ dài của cung tròn. Diện tích hình quạt tròn và hình vành khuyên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tương đối của đường thẳng và đường tròn; Vị trí tương đối của hai đường tròn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Phương trình và hệ hai phương trình bậc nhất hai ẩn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 phương trình và hệ hai phương trình bậc nhất hai ẩn; Giải hệ hai phương trình bậc nhất hai ẩn; Giải bài toán bằng cách lập hệ phương trình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phương trình bậc nhất hai ẩn, hệ hai phương trình bậc nhất hai ẩn và nghiệm của chúng.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 bước giải bài toán bằng cách lập hệ phương trình.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được hệ hai phương trình bậc nhất hai ẩn bằng phương pháp thế, phương pháp cộng đại số; tìm được nghiệm bằng máy tính cầm tay.</w:t>
            </w:r>
          </w:p>
          <w:p>
            <w:pPr>
              <w:spacing w:after="0"/>
            </w:pPr>
            <w:r>
              <w:rPr>
                <w:sz w:val="18"/>
              </w:rPr>
              <w:t>- Lập được hệ hai phương trình bậc nhất hai ẩn biểu thị tình huống trong bài toán.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việc giải hệ phương trình để xác định hệ số, tham số trong bài toán liên quan.</w:t>
            </w:r>
          </w:p>
          <w:p>
            <w:pPr>
              <w:spacing w:after="0"/>
            </w:pPr>
            <w:r>
              <w:rPr>
                <w:sz w:val="18"/>
              </w:rPr>
              <w:t>- Giải quyết được bài toán thực tiễn bằng cách lập hệ hai phương trình bậc nhất hai ẩn.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Phương trình và bất phương trình bậc nhất một ẩn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quy về phương trình bậc nhất một ẩn; Bất đẳng thức và tính chất; Bất phương trình bậc nhất một ẩn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phương trình tích, phương trình chứa ẩn ở mẫu và điều kiện xác định của phương trình.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bất đẳng thức và các tính chất (bắc cầu, liên hệ với phép cộng, phép nhân); bất phương trình bậc nhất một ẩn và nghiệm của nó.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được phương trình tích dạng (ax + b)(cx + d) = 0 và phương trình chứa ẩn ở mẫu quy về phương trình bậc nhất.</w:t>
            </w:r>
          </w:p>
          <w:p>
            <w:pPr>
              <w:spacing w:after="0"/>
            </w:pPr>
            <w:r>
              <w:rPr>
                <w:sz w:val="18"/>
              </w:rPr>
              <w:t>- Chứng minh được bất đẳng thức đơn giản nhờ các tính chất; giải được bất phương trình bậc nhất một ẩn.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Căn bậc hai và căn bậc ba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Căn bậc hai và căn thức bậc hai; Khai căn bậc hai với phép nhân và phép chia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căn bậc hai của số thực không âm, căn thức bậc hai và điều kiện xác định.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Biến đổi đơn giản và rút gọn biểu thức chứa căn thức bậc hai; Căn bậc ba và căn thức bậc ba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 phép biến đổi đơn giản căn thức bậc hai (đưa thừa số ra ngoài, vào trong dấu căn, khử mẫu, trục căn thức ở mẫu); căn bậc ba của một số thực.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các phép biến đổi đơn giản căn thức bậc hai; tính được căn bậc ba của một số.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Rút gọn được biểu thức chứa căn thức bậc hai và giải quyết bài toán liên quan.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Hệ thức lượng trong tam giác vuông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Tỉ số lượng giác của góc nhọn; Một số hệ thức giữa cạnh, góc trong tam giác vuông và ứng dụng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 tỉ số lượng giác của góc nhọn; tỉ số lượng giác của hai góc phụ nhau, của các góc đặc biệt.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tỉ số lượng giác của góc nhọn; giải được tam giác vuông nhờ hệ thức giữa cạnh và góc.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quyết được bài toán thực tiễn gắn với tỉ số lượng giác (đo chiều cao, khoảng cách, độ dốc).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Đường tròn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Mở đầu về đường tròn; Cung và dây của một đường tròn; Độ dài của cung tròn. Diện tích hình quạt tròn và hình vành khuyên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tâm đối xứng, trục đối xứng của đường tròn; cung, dây, góc ở tâm; công thức độ dài cung tròn, diện tích hình quạt tròn, hình vành khuyên.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So sánh được dây và đường kính; tính được số đo cung, độ dài cung tròn, diện tích hình quạt tròn, hình vành khuyên.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quyết được bài toán thực tiễn gắn với độ dài cung tròn, diện tích hình quạt tròn, hình vành khuyên.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tương đối của đường thẳng và đường tròn; Vị trí tương đối của hai đường tròn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ba vị trí tương đối của đường thẳng và đường tròn, của hai đường tròn; tiếp tuyến của đường tròn.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dấu hiệu nhận biết tiếp tuyến, tính chất hai tiếp tuyến cắt nhau; xác định được vị trí tương đối dựa vào khoảng cách.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Chứng minh được một đường thẳng là tiếp tuyến của đường tròn; vận dụng tính chất tiếp tuyến để giải quyết bài toán.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smarttest.vn/vi/ma-tran-de-kiem-tra/lop-9/toan/cuoi-ki-1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toan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Toán 9</dc:title>
  <dc:subject>Toán 9 – Kết nối tri thức</dc:subject>
  <dc:creator>SmartTest</dc:creator>
  <cp:keywords>ma trận đề kiểm tra, bản đặc tả, toán 9, cuối học kì i</cp:keywords>
  <dc:description/>
  <cp:lastModifiedBy>SmartTest</cp:lastModifiedBy>
  <cp:revision>1</cp:revision>
  <dcterms:created xsi:type="dcterms:W3CDTF">2026-10-30T05:28:07Z</dcterms:created>
  <dcterms:modified xsi:type="dcterms:W3CDTF">2026-10-30T05:28:07Z</dcterms:modified>
  <cp:category/>
</cp:coreProperties>
</file>