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kĩ năng sống; Chủ đề 2 – Giáo dục kinh tế; Chủ đề 3 – Giáo dục pháp luật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thời gian hiệu quả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Thích ứng với thay đổi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Tiêu dùng thông minh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 phạm pháp luật và trách nhiệm pháp lí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tự do kinh doanh và nghĩa vụ nộp thuế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thời gian hiệu quả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cách quản lí thời gian hiệu quả.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cần thiết phải quản lí thời gian hiệu quả.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kĩ năng quản lí thời gian hiệu quả; lập được kế hoạch sử dụng thời gian hợp lí cho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Thích ứng với thay đổi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thay đổi có thể xảy ra trong cuộc sống của bản thân và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việc thích ứng trước những thay đổi trong cuộc sống; nêu được biện pháp để thích ứng với thay đổi.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cách thích ứng với những thay đổi trong cuộc sống của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Tiêu dùng thông minh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tiêu dùng thông minh.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tiêu dùng thông minh; nhận biết được thủ thuật tiếp thị, quảng cáo không trung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cách tiêu dùng thông minh trong tình huống cụ thể; khuyến khích người thân, bạn bè trở thành người tiêu dùng thông minh.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 phạm pháp luật và trách nhiệm pháp lí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vi phạm pháp luật, trách nhiệm pháp lí; các loại vi phạm pháp luật và trách nhiệm pháp lí.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trách nhiệm pháp lí; phân biệt được các loại vi phạm pháp luật và trách nhiệm pháp lí tương ứng.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tích, đánh giá được hành vi vi phạm pháp luật trong tình huống cụ thể; tự giác thực hiện đúng quy định của pháp luật.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tự do kinh doanh và nghĩa vụ nộp thuế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quyền tự do kinh doanh, nghĩa vụ nộp thuế; một số quy định cơ bản của pháp luật về quyền tự do kinh doanh và nghĩa vụ nộp thuế.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tích, đánh giá được hành vi vi phạm quyền tự do kinh doanh và nghĩa vụ nộp thuế trong tình huống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Tuyên truyền, vận động người thân thực hiện đúng quyền tự do kinh doanh và nghĩa vụ nộp thuế; phê phán hành vi trốn thuế.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smarttest.vn/vi/ma-tran-de-kiem-tra/lop-9/gdcd/cuoi-ki-2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gdcd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Giáo dục công dân 9</dc:title>
  <dc:subject>Giáo dục công dân 9 – Kết nối tri thức</dc:subject>
  <dc:creator>SmartTest</dc:creator>
  <cp:keywords>ma trận đề kiểm tra, bản đặc tả, giáo dục công dân 9, cuối học kì ii</cp:keywords>
  <dc:description/>
  <cp:lastModifiedBy>SmartTest</cp:lastModifiedBy>
  <cp:revision>1</cp:revision>
  <dcterms:created xsi:type="dcterms:W3CDTF">2026-10-30T05:28:09Z</dcterms:created>
  <dcterms:modified xsi:type="dcterms:W3CDTF">2026-10-30T05:28:09Z</dcterms:modified>
  <cp:category/>
</cp:coreProperties>
</file>