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Định hướng nghề nghiệp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Định hướng nghề nghiệp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Nghề nghiệp trong lĩnh vực kĩ thuật và công nghệ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cấu hệ thống giáo dục quốc dân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 lao động kĩ thuật, công nghệ tại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Định hướng nghề nghiệp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Nghề nghiệp trong lĩnh vực kĩ thuật và công nghệ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 nghề nghiệp, tầm quan trọng của nghề nghiệp đối với con người và xã hội.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việc lựa chọn đúng đắn nghề nghiệp; đặc điểm, yêu cầu của một số ngành nghề kĩ thuật, công nghệ.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sở thích, năng lực của bản thân với một số ngành nghề kĩ thuật, công nghệ.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cấu hệ thống giáo dục quốc dân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Mô tả được cơ cấu hệ thống giáo dục quốc dân.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những thời điểm có sự phân luồng và cơ hội lựa chọn nghề nghiệp trong hệ thống giáo dục.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hướng đi phù hợp cho bản thân sau khi tốt nghiệp trung học cơ sở.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 lao động kĩ thuật, công nghệ tại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 thị trường lao động và các yếu tố ảnh hưởng tới thị trường lao động.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vấn đề việc làm cho người lao động trong lĩnh vực kĩ thuật, công nghệ ở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Tìm kiếm, khai thác được thông tin về thị trường lao động trong lĩnh vực kĩ thuật, công nghệ.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smarttest.vn/vi/ma-tran-de-kiem-tra/lop-9/cong-nghe/giua-ki-1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cong-nghe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Công nghệ 9</dc:title>
  <dc:subject>Công nghệ 9 – Kết nối tri thức</dc:subject>
  <dc:creator>SmartTest</dc:creator>
  <cp:keywords>ma trận đề kiểm tra, bản đặc tả, công nghệ 9, giữa học kì i</cp:keywords>
  <dc:description/>
  <cp:lastModifiedBy>SmartTest</cp:lastModifiedBy>
  <cp:revision>1</cp:revision>
  <dcterms:created xsi:type="dcterms:W3CDTF">2026-10-30T05:28:10Z</dcterms:created>
  <dcterms:modified xsi:type="dcterms:W3CDTF">2026-10-30T05:28:10Z</dcterms:modified>
  <cp:category/>
</cp:coreProperties>
</file>