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Thế giới từ năm 1918 đến năm 1945; Chủ đề 2 – Lịch sử: Việt Nam từ năm 1918 đến năm 1945; Chủ đề 3 – Địa lí: Địa lí dân cư Việt Nam; Chủ đề 4 – Địa lí: Địa lí các ngành kinh tế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1918 đến năm 1945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Nga và Liên Xô từ năm 1918 đến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Âu và nước Mỹ từ năm 1918 đến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Á từ năm 1918 đến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thế giới thứ hai (1939 – 1945)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1918 đến năm 1945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dân tộc dân chủ trong những năm 1918 – 1930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của Nguyễn Ái Quốc và sự thành lập Đảng Cộng sản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dân cư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tộc và dân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bố dân cư và các loại hình quần cư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và việc làm; Thực hành: Tìm hiểu vấn đề việc làm ở địa phương và phân hoá thu nhập theo vùng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ngành kinh tế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Lâm nghiệp và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1918 đến năm 1945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Nga và Liên Xô từ năm 1918 đến năm 1945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nước Nga Xô viết sau Cách mạng tháng Mười và sự thành lập Liên Xô.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ý nghĩa của những thành tựu xây dựng chủ nghĩa xã hội ở Liên Xô.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Âu và nước Mỹ từ năm 1918 đến năm 1945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phong trào cách mạng 1918 – 1923 ở châu Âu và sự thành lập Quốc tế Cộng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tình hình chính trị, kinh tế của các nước tư bản chủ nghĩa giữa hai cuộc chiến tranh thế giới; cuộc khủng hoảng kinh tế 1929 – 1933.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Á từ năm 1918 đến năm 1945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tình hình Nhật Bản, Trung Quốc, Ấn Độ giữa hai cuộc chiến tranh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phong trào độc lập dân tộc ở Đông Nam Á (1918 – 1945).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thế giới thứ hai (1939 – 1945)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và những diễn biến chính của Chiến tranh thế giới thứ hai.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hậu quả của Chiến tranh thế giới thứ hai đối với lịch sử nhân loại.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1918 đến năm 1945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dân tộc dân chủ trong những năm 1918 – 1930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cuộc khai thác thuộc địa lần thứ hai của thực dân Pháp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nét chính của phong trào dân tộc dân chủ những năm 1918 – 1930.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Hoạt động của Nguyễn Ái Quốc và sự thành lập Đảng Cộng sản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hoạt động chủ yếu của Nguyễn Ái Quốc trong những năm 1918 – 1930.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thành lập và ý nghĩa của sự ra đời Đảng Cộng sản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dân cư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tộc và dân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các dân tộc Việt Nam; quy mô dân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thay đổi cơ cấu tuổi và giới tính của dân cư.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bố dân cư và các loại hình quần cư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dân cư; các loại hình quần cư thành thị và nông thôn.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dân số Việt Nam để rút ra đặc điểm phân bố dân cư.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và việc làm; Thực hành: Tìm hiểu vấn đề việc làm ở địa phương và phân hoá thu nhập theo vùng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nguồn lao động và việc sử dụng lao động ở nước ta.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việc làm ở nước ta.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cơ cấu lao động.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thu nhập bình quân đầu người theo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ngành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Nông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nông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phát triển nông nghiệp xanh.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Lâm nghiệp và thuỷ sản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lâm nghiệp, thuỷ sản.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rừng đối với việc bảo vệ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smarttest.vn/vi/ma-tran-de-kiem-tra/lop-9/lich-su-dia-li/giua-ki-1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lich-su-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và Địa lí 9</dc:title>
  <dc:subject>Lịch sử và Địa lí 9 – Kết nối tri thức</dc:subject>
  <dc:creator>SmartTest</dc:creator>
  <cp:keywords>ma trận đề kiểm tra, bản đặc tả, lịch sử và địa lí 9, giữa học kì i</cp:keywords>
  <dc:description/>
  <cp:lastModifiedBy>SmartTest</cp:lastModifiedBy>
  <cp:revision>1</cp:revision>
  <dcterms:created xsi:type="dcterms:W3CDTF">2026-10-30T05:28:08Z</dcterms:created>
  <dcterms:modified xsi:type="dcterms:W3CDTF">2026-10-30T05:28:08Z</dcterms:modified>
  <cp:category/>
</cp:coreProperties>
</file>