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Local community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City life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Healthy living for teens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/æ/, /ɑː/, /e/; /aʊ/, /əʊ/, /eə/; /h/ – /r/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Local community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người phục vụ cộng đồng; nghề thủ công truyền thống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để hỏi + to V và cụm động từ (1)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"Local community"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từ để hỏi + to V và cụm động từ (1)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từ để hỏi + to V và cụm động từ (1) cùng từ vựng chủ điểm "Local community"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City life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ở thành phố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kép và cụm động từ (2)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"City life"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kép và cụm động từ (2)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kép và cụm động từ (2) cùng từ vựng chủ điểm "City life"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Healthy living for teens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cuộc sống và việc học của học sinh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động từ khuyết thiếu trong câu điều kiện loại 1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"Healthy living for teens"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động từ khuyết thiếu trong câu điều kiện loại 1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động từ khuyết thiếu trong câu điều kiện loại 1 cùng từ vựng chủ điểm "Healthy living for teens"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/æ/, /ɑː/, /e/; /aʊ/, /əʊ/, /eə/; /h/ – /r/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nguyên âm /æ/, /ɑː/, /e/; nguyên âm đôi /aʊ/, /əʊ/, /eə/; âm /h/ và /r/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cộng đồng địa phương; cuộc sống thành phố; lối sống lành mạnh của tuổi thiếu niên.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cộng đồng địa phương; cuộc sống thành phố; lối sống lành mạnh của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cộng đồng địa phương; cuộc sống thành phố; lối sống lành mạnh của tuổi thiếu niên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cộng đồng địa phương; cuộc sống thành phố; lối sống lành mạnh của tuổi thiếu niên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cộng đồng địa phương; cuộc sống thành phố; lối sống lành mạnh của tuổi thiếu niên.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từ để hỏi + to V; so sánh kép; động từ khuyết thiếu trong câu điều kiện loại 1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cộng đồng địa phương; cuộc sống thành phố; lối sống lành mạnh của tuổi thiếu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smarttest.vn/vi/ma-tran-de-kiem-tra/lop-9/tieng-anh/giua-ki-1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eng-anh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Tiếng Anh 9</dc:title>
  <dc:subject>Tiếng Anh 9 – Kết nối tri thức</dc:subject>
  <dc:creator>SmartTest</dc:creator>
  <cp:keywords>ma trận đề kiểm tra, bản đặc tả, tiếng anh 9, giữa học kì 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