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cộng đồng; Chủ đề 2 – Tổ chức lưu trữ, tìm kiếm và trao đổi thông tin; Chủ đề 3 – Đạo đức, pháp luật và văn hoá trong môi trường số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giới kĩ thuật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trong giải quyết vấn đề; Thực hành: Đánh giá chất lượng thông tin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vấn đề pháp lí về sử dụng dịch vụ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giới kĩ thuật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khả năng của máy tính và thiết bị có gắn bộ xử lí thông tin trong đời sống.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động của công nghệ thông tin lên giáo dục và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việc sử dụng thiết bị số hợp lí trong học tập,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trong giải quyết vấn đề; Thực hành: Đánh giá chất lượng thông tin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thông tin trong giải quyết vấn đề.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tính mới, tính chính xác, tính đầy đủ, tính sử dụng được của thông tin.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chất lượng thông tin dùng để giải quyết một vấn đề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vấn đề pháp lí về sử dụng dịch vụ Internet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nội dung pháp luật liên quan đến sử dụng dịch vụ Internet.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khía cạnh pháp lí, đạo đức, văn hoá của việc tạo và phát tán thông tin.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hành vi vi phạm và đề xuất được cách ứng xử phù hợp khi sử dụng Internet.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smarttest.vn/vi/ma-tran-de-kiem-tra/lop-9/tin-hoc/giua-ki-1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in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Tin học 9</dc:title>
  <dc:subject>Tin học 9 – Kết nối tri thức</dc:subject>
  <dc:creator>SmartTest</dc:creator>
  <cp:keywords>ma trận đề kiểm tra, bản đặc tả, tin học 9, giữa học kì i</cp:keywords>
  <dc:description/>
  <cp:lastModifiedBy>SmartTest</cp:lastModifiedBy>
  <cp:revision>1</cp:revision>
  <dcterms:created xsi:type="dcterms:W3CDTF">2026-10-30T05:28:09Z</dcterms:created>
  <dcterms:modified xsi:type="dcterms:W3CDTF">2026-10-30T05:28:09Z</dcterms:modified>
  <cp:category/>
</cp:coreProperties>
</file>