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Phương trình và hệ hai phương trình bậc nhất hai ẩn; Chủ đề 2 – Phương trình và bất phương trình bậc nhất một ẩn; Chủ đề 3 – Căn bậc hai và căn bậc ba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hệ hai phương trình bậc nhất hai ẩn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phương trình và hệ hai phương trình bậc nhất hai ẩn; Giải hệ hai phương trình bậc nhất hai ẩn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Giải bài toán bằng cách lập hệ phương trình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bất phương trình bậc nhất một ẩn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quy về phương trình bậc nhất một ẩn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Bất đẳng thức và tính chất; Bất phương trình bậc nhất một ẩn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Căn bậc hai và căn bậc ba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Căn bậc hai và căn thức bậc hai; Khai căn bậc hai với phép nhân và phép chia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hệ hai phương trình bậc nhất hai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phương trình và hệ hai phương trình bậc nhất hai ẩn; Giải hệ hai phương trình bậc nhất hai ẩn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bậc nhất hai ẩn, hệ hai phương trình bậc nhất hai ẩn và nghiệm của chúng.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hệ hai phương trình bậc nhất hai ẩn bằng phương pháp thế, phương pháp cộng đại số; tìm được nghiệm bằng máy tính cầm tay.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việc giải hệ phương trình để xác định hệ số, tham số trong bài toán liên quan.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Giải bài toán bằng cách lập hệ phương trình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hệ hai phương trình bậc nhất hai ẩn biểu thị tình huống trong bài toán.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bằng cách lập hệ hai phương trình bậc nhất hai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bất phương trình bậc nhất một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quy về phương trình bậc nhất một ẩn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tích, phương trình chứa ẩn ở mẫu và điều kiện xác định của phương trình.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 tích dạng (ax + b)(cx + d) = 0 và phương trình chứa ẩn ở mẫu quy về phương trình bậc nhất.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dẫn đến phương trình quy về phương trình bậc nhất một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Bất đẳng thức và tính chất; Bất phương trình bậc nhất một ẩn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bất đẳng thức và các tính chất (bắc cầu, liên hệ với phép cộng, phép nhân); bất phương trình bậc nhất một ẩn và nghiệm của nó.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bất đẳng thức đơn giản nhờ các tính chất; giải được bất phương trình bậc nhất một ẩn.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dẫn đến bất phương trình bậc nhất một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Căn bậc hai và căn bậc ba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Căn bậc hai và căn thức bậc hai; Khai căn bậc hai với phép nhân và phép chia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căn bậc hai của số thực không âm, căn thức bậc hai và điều kiện xác định.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căn bậc hai của một số, của biểu thức là bình phương; thực hiện được khai căn bậc hai với phép nhân, phép chia.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smarttest.vn/vi/ma-tran-de-kiem-tra/lop-9/toan/giua-ki-1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o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Toán 9</dc:title>
  <dc:subject>Toán 9 – Kết nối tri thức</dc:subject>
  <dc:creator>SmartTest</dc:creator>
  <cp:keywords>ma trận đề kiểm tra, bản đặc tả, toán 9, giữa học kì i</cp:keywords>
  <dc:description/>
  <cp:lastModifiedBy>SmartTest</cp:lastModifiedBy>
  <cp:revision>1</cp:revision>
  <dcterms:created xsi:type="dcterms:W3CDTF">2026-10-30T05:28:07Z</dcterms:created>
  <dcterms:modified xsi:type="dcterms:W3CDTF">2026-10-30T05:28:07Z</dcterms:modified>
  <cp:category/>
</cp:coreProperties>
</file>